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854D3" w14:textId="42EB24A2" w:rsidR="00051D35" w:rsidRPr="00815BDE" w:rsidRDefault="000A6D07" w:rsidP="00F37E85">
      <w:pPr>
        <w:spacing w:after="0" w:line="240" w:lineRule="auto"/>
        <w:ind w:left="-851" w:right="-999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63359" behindDoc="0" locked="0" layoutInCell="1" allowOverlap="1" wp14:anchorId="7CE5B41B" wp14:editId="5AFEFF6F">
            <wp:simplePos x="0" y="0"/>
            <wp:positionH relativeFrom="page">
              <wp:align>right</wp:align>
            </wp:positionH>
            <wp:positionV relativeFrom="paragraph">
              <wp:posOffset>19088</wp:posOffset>
            </wp:positionV>
            <wp:extent cx="7739380" cy="2226310"/>
            <wp:effectExtent l="19050" t="19050" r="13970" b="21590"/>
            <wp:wrapSquare wrapText="bothSides"/>
            <wp:docPr id="160344317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43170" name="Imagem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80" cy="2226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D35" w:rsidRPr="00815BDE">
        <w:rPr>
          <w:rFonts w:ascii="Calibri" w:hAnsi="Calibri" w:cs="Calibri"/>
          <w:b/>
          <w:sz w:val="28"/>
          <w:szCs w:val="28"/>
        </w:rPr>
        <w:t>TÍTULO DO TRABALHO</w:t>
      </w:r>
      <w:r w:rsidR="00815BDE" w:rsidRPr="00815BDE">
        <w:rPr>
          <w:rFonts w:ascii="Calibri" w:hAnsi="Calibri" w:cs="Calibri"/>
          <w:b/>
          <w:sz w:val="28"/>
          <w:szCs w:val="28"/>
        </w:rPr>
        <w:t xml:space="preserve"> </w:t>
      </w:r>
    </w:p>
    <w:p w14:paraId="20979C33" w14:textId="2A9D7E2B" w:rsidR="00815BDE" w:rsidRPr="00815BDE" w:rsidRDefault="00815BDE" w:rsidP="00C85FF7">
      <w:pPr>
        <w:pStyle w:val="Ttulo2"/>
        <w:spacing w:before="0" w:line="240" w:lineRule="auto"/>
        <w:ind w:left="-851" w:right="-1141"/>
        <w:jc w:val="center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t>(</w:t>
      </w:r>
      <w:r w:rsidRPr="00815BDE">
        <w:rPr>
          <w:rFonts w:ascii="Calibri" w:hAnsi="Calibri" w:cs="Calibri"/>
          <w:color w:val="007BB8"/>
          <w:sz w:val="22"/>
          <w:szCs w:val="22"/>
        </w:rPr>
        <w:t>Fonte Calibri,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: 1</w:t>
      </w:r>
      <w:r w:rsidR="00951210">
        <w:rPr>
          <w:rFonts w:ascii="Calibri" w:hAnsi="Calibri" w:cs="Calibri"/>
          <w:color w:val="007BB8"/>
          <w:sz w:val="22"/>
          <w:szCs w:val="22"/>
        </w:rPr>
        <w:t>4</w:t>
      </w:r>
      <w:r w:rsidRPr="00815BDE">
        <w:rPr>
          <w:rFonts w:ascii="Calibri" w:hAnsi="Calibri" w:cs="Calibri"/>
          <w:color w:val="007BB8"/>
          <w:sz w:val="22"/>
          <w:szCs w:val="22"/>
        </w:rPr>
        <w:t>;</w:t>
      </w:r>
      <w:r w:rsidRPr="00815BDE">
        <w:rPr>
          <w:rFonts w:ascii="Calibri" w:hAnsi="Calibri" w:cs="Calibri"/>
          <w:color w:val="007BB8"/>
          <w:spacing w:val="-9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1DB8C43A" w14:textId="77777777" w:rsidR="00B83B19" w:rsidRDefault="00B83B19" w:rsidP="00C85FF7">
      <w:pPr>
        <w:pStyle w:val="Corpodetexto"/>
        <w:spacing w:after="0" w:line="240" w:lineRule="auto"/>
        <w:ind w:left="-851" w:right="-1141"/>
        <w:jc w:val="center"/>
        <w:rPr>
          <w:rFonts w:ascii="Calibri" w:hAnsi="Calibri" w:cs="Calibri"/>
          <w:b/>
          <w:color w:val="EE0000"/>
          <w:sz w:val="22"/>
        </w:rPr>
      </w:pPr>
      <w:r w:rsidRPr="00815BDE">
        <w:rPr>
          <w:rFonts w:ascii="Calibri" w:hAnsi="Calibri" w:cs="Calibri"/>
          <w:b/>
          <w:color w:val="EE0000"/>
          <w:sz w:val="22"/>
        </w:rPr>
        <w:t>(</w:t>
      </w:r>
      <w:proofErr w:type="spellStart"/>
      <w:r w:rsidRPr="00815BDE">
        <w:rPr>
          <w:rFonts w:ascii="Calibri" w:hAnsi="Calibri" w:cs="Calibri"/>
          <w:b/>
          <w:color w:val="EE0000"/>
          <w:sz w:val="22"/>
        </w:rPr>
        <w:t>Mínimo</w:t>
      </w:r>
      <w:proofErr w:type="spellEnd"/>
      <w:r w:rsidRPr="00815BDE">
        <w:rPr>
          <w:rFonts w:ascii="Calibri" w:hAnsi="Calibri" w:cs="Calibri"/>
          <w:b/>
          <w:color w:val="EE0000"/>
          <w:sz w:val="22"/>
        </w:rPr>
        <w:t xml:space="preserve"> 4 e no </w:t>
      </w:r>
      <w:proofErr w:type="spellStart"/>
      <w:r w:rsidRPr="00815BDE">
        <w:rPr>
          <w:rFonts w:ascii="Calibri" w:hAnsi="Calibri" w:cs="Calibri"/>
          <w:b/>
          <w:color w:val="EE0000"/>
          <w:sz w:val="22"/>
        </w:rPr>
        <w:t>máximo</w:t>
      </w:r>
      <w:proofErr w:type="spellEnd"/>
      <w:r w:rsidRPr="00815BDE">
        <w:rPr>
          <w:rFonts w:ascii="Calibri" w:hAnsi="Calibri" w:cs="Calibri"/>
          <w:b/>
          <w:color w:val="EE0000"/>
          <w:sz w:val="22"/>
        </w:rPr>
        <w:t xml:space="preserve"> 6 </w:t>
      </w:r>
      <w:proofErr w:type="spellStart"/>
      <w:r w:rsidRPr="00815BDE">
        <w:rPr>
          <w:rFonts w:ascii="Calibri" w:hAnsi="Calibri" w:cs="Calibri"/>
          <w:b/>
          <w:color w:val="EE0000"/>
          <w:sz w:val="22"/>
        </w:rPr>
        <w:t>páginas</w:t>
      </w:r>
      <w:proofErr w:type="spellEnd"/>
      <w:r w:rsidRPr="00815BDE">
        <w:rPr>
          <w:rFonts w:ascii="Calibri" w:hAnsi="Calibri" w:cs="Calibri"/>
          <w:b/>
          <w:color w:val="EE0000"/>
          <w:sz w:val="22"/>
        </w:rPr>
        <w:t>)</w:t>
      </w:r>
    </w:p>
    <w:p w14:paraId="0677F8A7" w14:textId="0F2570DA" w:rsidR="00C85FF7" w:rsidRPr="00815BDE" w:rsidRDefault="00CA5B16" w:rsidP="00C85FF7">
      <w:pPr>
        <w:pStyle w:val="Corpodetexto"/>
        <w:spacing w:after="0" w:line="240" w:lineRule="auto"/>
        <w:ind w:left="-851" w:right="-1141"/>
        <w:jc w:val="center"/>
        <w:rPr>
          <w:rFonts w:ascii="Calibri" w:hAnsi="Calibri" w:cs="Calibri"/>
          <w:b/>
          <w:color w:val="EE0000"/>
          <w:sz w:val="22"/>
        </w:rPr>
      </w:pPr>
      <w:r w:rsidRPr="00020BF1">
        <w:rPr>
          <w:rFonts w:asciiTheme="minorHAnsi" w:hAnsiTheme="minorHAnsi" w:cstheme="minorHAnsi"/>
          <w:b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2B8595FF" wp14:editId="2EAEFE32">
                <wp:simplePos x="0" y="0"/>
                <wp:positionH relativeFrom="column">
                  <wp:posOffset>-617600</wp:posOffset>
                </wp:positionH>
                <wp:positionV relativeFrom="paragraph">
                  <wp:posOffset>213048</wp:posOffset>
                </wp:positionV>
                <wp:extent cx="2674620" cy="1404620"/>
                <wp:effectExtent l="0" t="0" r="11430" b="1841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37917" w14:textId="798D27BD" w:rsidR="00CA5B16" w:rsidRDefault="00CA5B16" w:rsidP="00CA5B16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proofErr w:type="spellStart"/>
                            <w:r w:rsidRPr="00CA5B1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Eixo</w:t>
                            </w:r>
                            <w:proofErr w:type="spellEnd"/>
                            <w:r w:rsidRPr="00CA5B1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5B1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temático</w:t>
                            </w:r>
                            <w:proofErr w:type="spellEnd"/>
                            <w:r w:rsidRPr="00CA5B1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: </w:t>
                            </w:r>
                          </w:p>
                          <w:p w14:paraId="59829E76" w14:textId="77777777" w:rsidR="007D3C59" w:rsidRPr="00CA5B16" w:rsidRDefault="007D3C59" w:rsidP="00CA5B16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41AE7B2E" w14:textId="77777777" w:rsidR="00CA5B16" w:rsidRDefault="00CA5B16" w:rsidP="00CA5B16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30B9507B" w14:textId="1E01AF4A" w:rsidR="00CA5B16" w:rsidRDefault="00CA5B16" w:rsidP="00CA5B16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proofErr w:type="spellStart"/>
                            <w:r w:rsidRPr="00CA5B1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Modalidade</w:t>
                            </w:r>
                            <w:proofErr w:type="spellEnd"/>
                            <w:r w:rsidRPr="00CA5B1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: </w:t>
                            </w:r>
                          </w:p>
                          <w:p w14:paraId="4D829B7A" w14:textId="77777777" w:rsidR="00CA5B16" w:rsidRPr="00CA5B16" w:rsidRDefault="00CA5B16" w:rsidP="00CA5B16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5AD7E8B2" w14:textId="2EDE6732" w:rsidR="00CA5B16" w:rsidRPr="00CA5B16" w:rsidRDefault="00CA5B16" w:rsidP="00CA5B16">
                            <w:pPr>
                              <w:pStyle w:val="PargrafodaLista"/>
                              <w:ind w:left="0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CA5B16">
                              <w:rPr>
                                <w:rFonts w:ascii="Calibri" w:hAnsi="Calibri" w:cs="Calibri"/>
                                <w:sz w:val="22"/>
                              </w:rPr>
                              <w:t>PIBIC (  ) PIVIC (  ) PIBITI (  ) Temas livres (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8595F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8.65pt;margin-top:16.8pt;width:210.6pt;height:110.6pt;z-index:25166131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">
                <v:textbox style="mso-fit-shape-to-text:t">
                  <w:txbxContent>
                    <w:p w14:paraId="6B337917" w14:textId="798D27BD" w:rsidR="00CA5B16" w:rsidRDefault="00CA5B16" w:rsidP="00CA5B16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2"/>
                        </w:rPr>
                      </w:pPr>
                      <w:proofErr w:type="spellStart"/>
                      <w:r w:rsidRPr="00CA5B1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Eixo</w:t>
                      </w:r>
                      <w:proofErr w:type="spellEnd"/>
                      <w:r w:rsidRPr="00CA5B1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proofErr w:type="spellStart"/>
                      <w:r w:rsidRPr="00CA5B1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temático</w:t>
                      </w:r>
                      <w:proofErr w:type="spellEnd"/>
                      <w:r w:rsidRPr="00CA5B16">
                        <w:rPr>
                          <w:rFonts w:ascii="Calibri" w:hAnsi="Calibri" w:cs="Calibri"/>
                          <w:sz w:val="22"/>
                        </w:rPr>
                        <w:t xml:space="preserve">: </w:t>
                      </w:r>
                    </w:p>
                    <w:p w14:paraId="59829E76" w14:textId="77777777" w:rsidR="007D3C59" w:rsidRPr="00CA5B16" w:rsidRDefault="007D3C59" w:rsidP="00CA5B16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41AE7B2E" w14:textId="77777777" w:rsidR="00CA5B16" w:rsidRDefault="00CA5B16" w:rsidP="00CA5B16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</w:p>
                    <w:p w14:paraId="30B9507B" w14:textId="1E01AF4A" w:rsidR="00CA5B16" w:rsidRDefault="00CA5B16" w:rsidP="00CA5B16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hAnsi="Calibri" w:cs="Calibri"/>
                          <w:sz w:val="22"/>
                        </w:rPr>
                      </w:pPr>
                      <w:proofErr w:type="spellStart"/>
                      <w:r w:rsidRPr="00CA5B1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Modalidade</w:t>
                      </w:r>
                      <w:proofErr w:type="spellEnd"/>
                      <w:r w:rsidRPr="00CA5B16">
                        <w:rPr>
                          <w:rFonts w:ascii="Calibri" w:hAnsi="Calibri" w:cs="Calibri"/>
                          <w:sz w:val="22"/>
                        </w:rPr>
                        <w:t xml:space="preserve">: </w:t>
                      </w:r>
                    </w:p>
                    <w:p w14:paraId="4D829B7A" w14:textId="77777777" w:rsidR="00CA5B16" w:rsidRPr="00CA5B16" w:rsidRDefault="00CA5B16" w:rsidP="00CA5B16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5AD7E8B2" w14:textId="2EDE6732" w:rsidR="00CA5B16" w:rsidRPr="00CA5B16" w:rsidRDefault="00CA5B16" w:rsidP="00CA5B16">
                      <w:pPr>
                        <w:pStyle w:val="PargrafodaLista"/>
                        <w:ind w:left="0"/>
                        <w:rPr>
                          <w:rFonts w:ascii="Calibri" w:hAnsi="Calibri" w:cs="Calibri"/>
                          <w:sz w:val="22"/>
                        </w:rPr>
                      </w:pPr>
                      <w:r w:rsidRPr="00CA5B16">
                        <w:rPr>
                          <w:rFonts w:ascii="Calibri" w:hAnsi="Calibri" w:cs="Calibri"/>
                          <w:sz w:val="22"/>
                        </w:rPr>
                        <w:t>PIBIC (  ) PIVIC (  ) PIBITI (  ) Temas livres ( 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4C9DF1" w14:textId="07A2E485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do Autor 1</w:t>
      </w:r>
    </w:p>
    <w:p w14:paraId="1A53FB39" w14:textId="54676959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22D976ED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9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0BB424F0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45731844" wp14:editId="6B76C3BD">
            <wp:extent cx="127775" cy="121943"/>
            <wp:effectExtent l="0" t="0" r="5715" b="0"/>
            <wp:docPr id="6669773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18F9BF91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2</w:t>
      </w:r>
    </w:p>
    <w:p w14:paraId="4036CFE1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11D1B90B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1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35B4875B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46401E19" wp14:editId="24CF896A">
            <wp:extent cx="127775" cy="121943"/>
            <wp:effectExtent l="0" t="0" r="5715" b="0"/>
            <wp:docPr id="5036467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69B975EA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3</w:t>
      </w:r>
    </w:p>
    <w:p w14:paraId="0AED7345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526BC8B3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2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0BFF626F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48D7634D" wp14:editId="0A0958DE">
            <wp:extent cx="127775" cy="121943"/>
            <wp:effectExtent l="0" t="0" r="5715" b="0"/>
            <wp:docPr id="18944267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5F6FE2E9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4</w:t>
      </w:r>
    </w:p>
    <w:p w14:paraId="6260F363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3C6608A3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3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31662FBB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23A2F299" wp14:editId="3D41A908">
            <wp:extent cx="127775" cy="121943"/>
            <wp:effectExtent l="0" t="0" r="5715" b="0"/>
            <wp:docPr id="19729986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3841DC98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>Nome da Autor 5</w:t>
      </w:r>
    </w:p>
    <w:p w14:paraId="51B88DE2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Graduando</w:t>
      </w:r>
      <w:proofErr w:type="spellEnd"/>
      <w:r w:rsidRPr="00815BDE">
        <w:rPr>
          <w:rFonts w:ascii="Calibri" w:hAnsi="Calibri" w:cs="Calibri"/>
          <w:color w:val="333333"/>
          <w:sz w:val="22"/>
        </w:rPr>
        <w:t>(a)</w:t>
      </w:r>
      <w:r w:rsidRPr="00815BDE">
        <w:rPr>
          <w:rFonts w:ascii="Calibri" w:hAnsi="Calibri" w:cs="Calibri"/>
          <w:color w:val="333333"/>
          <w:spacing w:val="38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3027E8B3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4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0616ED74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1AFE5C65" wp14:editId="2B2B42EB">
            <wp:extent cx="127775" cy="121943"/>
            <wp:effectExtent l="0" t="0" r="5715" b="0"/>
            <wp:docPr id="20270457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38A02720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b/>
          <w:sz w:val="22"/>
        </w:rPr>
      </w:pPr>
      <w:r w:rsidRPr="00815BDE">
        <w:rPr>
          <w:rFonts w:ascii="Calibri" w:hAnsi="Calibri" w:cs="Calibri"/>
          <w:b/>
          <w:color w:val="333333"/>
          <w:sz w:val="22"/>
        </w:rPr>
        <w:t xml:space="preserve">Nome do </w:t>
      </w:r>
      <w:proofErr w:type="spellStart"/>
      <w:r w:rsidRPr="00815BDE">
        <w:rPr>
          <w:rFonts w:ascii="Calibri" w:hAnsi="Calibri" w:cs="Calibri"/>
          <w:b/>
          <w:color w:val="333333"/>
          <w:sz w:val="22"/>
        </w:rPr>
        <w:t>Orientador</w:t>
      </w:r>
      <w:proofErr w:type="spellEnd"/>
      <w:r w:rsidRPr="00815BDE">
        <w:rPr>
          <w:rFonts w:ascii="Calibri" w:hAnsi="Calibri" w:cs="Calibri"/>
          <w:b/>
          <w:color w:val="333333"/>
          <w:sz w:val="22"/>
        </w:rPr>
        <w:t>(a) 6</w:t>
      </w:r>
    </w:p>
    <w:p w14:paraId="7309C200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Docente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curso</w:t>
      </w:r>
      <w:proofErr w:type="spellEnd"/>
      <w:r w:rsidRPr="00815BDE">
        <w:rPr>
          <w:rFonts w:ascii="Calibri" w:hAnsi="Calibri" w:cs="Calibri"/>
          <w:color w:val="333333"/>
          <w:spacing w:val="2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de</w:t>
      </w:r>
      <w:r w:rsidRPr="00815BDE">
        <w:rPr>
          <w:rFonts w:ascii="Calibri" w:hAnsi="Calibri" w:cs="Calibri"/>
          <w:color w:val="333333"/>
          <w:spacing w:val="1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Bacharelado</w:t>
      </w:r>
      <w:proofErr w:type="spellEnd"/>
      <w:r w:rsidRPr="00815BDE">
        <w:rPr>
          <w:rFonts w:ascii="Calibri" w:hAnsi="Calibri" w:cs="Calibri"/>
          <w:color w:val="333333"/>
          <w:spacing w:val="5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27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xxxxx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r w:rsidRPr="00815BDE">
        <w:rPr>
          <w:rFonts w:ascii="Calibri" w:hAnsi="Calibri" w:cs="Calibri"/>
          <w:color w:val="333333"/>
          <w:spacing w:val="-4"/>
          <w:sz w:val="22"/>
        </w:rPr>
        <w:t>UNI-CET</w:t>
      </w:r>
    </w:p>
    <w:p w14:paraId="58646FDC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hyperlink r:id="rId15">
        <w:r w:rsidRPr="00815BDE">
          <w:rPr>
            <w:rFonts w:ascii="Calibri" w:hAnsi="Calibri" w:cs="Calibri"/>
            <w:i/>
            <w:iCs/>
            <w:spacing w:val="-2"/>
            <w:sz w:val="22"/>
          </w:rPr>
          <w:t>E-mail</w:t>
        </w:r>
        <w:r w:rsidRPr="00815BDE">
          <w:rPr>
            <w:rFonts w:ascii="Calibri" w:hAnsi="Calibri" w:cs="Calibri"/>
            <w:spacing w:val="-2"/>
            <w:sz w:val="22"/>
          </w:rPr>
          <w:t>:</w:t>
        </w:r>
      </w:hyperlink>
    </w:p>
    <w:p w14:paraId="2024407D" w14:textId="77777777" w:rsidR="00B83B19" w:rsidRPr="00815BDE" w:rsidRDefault="00B83B19" w:rsidP="00815BDE">
      <w:pPr>
        <w:spacing w:after="0" w:line="240" w:lineRule="auto"/>
        <w:ind w:left="-851" w:right="-1141"/>
        <w:jc w:val="right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sz w:val="22"/>
        </w:rPr>
        <w:t>Orcid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r w:rsidRPr="00815BDE">
        <w:rPr>
          <w:rFonts w:ascii="Calibri" w:hAnsi="Calibri" w:cs="Calibri"/>
          <w:noProof/>
          <w:sz w:val="22"/>
        </w:rPr>
        <w:drawing>
          <wp:inline distT="0" distB="0" distL="0" distR="0" wp14:anchorId="35B2FC00" wp14:editId="2E7A628B">
            <wp:extent cx="127775" cy="121943"/>
            <wp:effectExtent l="0" t="0" r="5715" b="0"/>
            <wp:docPr id="13805127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2303" r="20275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" cy="1327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5BDE">
        <w:rPr>
          <w:rFonts w:ascii="Calibri" w:hAnsi="Calibri" w:cs="Calibri"/>
          <w:sz w:val="22"/>
        </w:rPr>
        <w:t xml:space="preserve">: </w:t>
      </w:r>
    </w:p>
    <w:p w14:paraId="5F9B6C86" w14:textId="39F682B7" w:rsidR="00B83B19" w:rsidRPr="00815BDE" w:rsidRDefault="00B83B19" w:rsidP="00815BDE">
      <w:pPr>
        <w:pStyle w:val="Ttulo2"/>
        <w:spacing w:before="0" w:line="240" w:lineRule="auto"/>
        <w:ind w:left="-851" w:right="-1141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t>RESUMO</w:t>
      </w:r>
      <w:r w:rsidRPr="00815BDE">
        <w:rPr>
          <w:rFonts w:ascii="Calibri" w:hAnsi="Calibri" w:cs="Calibri"/>
          <w:color w:val="333333"/>
          <w:spacing w:val="-15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  <w:szCs w:val="22"/>
        </w:rPr>
        <w:t>(</w:t>
      </w:r>
      <w:r w:rsidRPr="00815BDE">
        <w:rPr>
          <w:rFonts w:ascii="Calibri" w:hAnsi="Calibri" w:cs="Calibri"/>
          <w:color w:val="007BB8"/>
          <w:sz w:val="22"/>
          <w:szCs w:val="22"/>
        </w:rPr>
        <w:t>Fonte Calibri,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: 1</w:t>
      </w:r>
      <w:r w:rsidR="00815BDE" w:rsidRPr="00815BDE">
        <w:rPr>
          <w:rFonts w:ascii="Calibri" w:hAnsi="Calibri" w:cs="Calibri"/>
          <w:color w:val="007BB8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z w:val="22"/>
          <w:szCs w:val="22"/>
        </w:rPr>
        <w:t>;</w:t>
      </w:r>
      <w:r w:rsidRPr="00815BDE">
        <w:rPr>
          <w:rFonts w:ascii="Calibri" w:hAnsi="Calibri" w:cs="Calibri"/>
          <w:color w:val="007BB8"/>
          <w:spacing w:val="-9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379023C1" w14:textId="77777777" w:rsidR="00063CF6" w:rsidRDefault="00063CF6" w:rsidP="00815BDE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color w:val="333333"/>
          <w:sz w:val="22"/>
        </w:rPr>
      </w:pPr>
    </w:p>
    <w:p w14:paraId="689F366E" w14:textId="6D4C445F" w:rsidR="00B83B19" w:rsidRPr="00403E20" w:rsidRDefault="00B83B19" w:rsidP="00815BDE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color w:val="0070C0"/>
          <w:sz w:val="22"/>
        </w:rPr>
      </w:pPr>
      <w:r w:rsidRPr="00815BDE">
        <w:rPr>
          <w:rFonts w:ascii="Calibri" w:hAnsi="Calibri" w:cs="Calibri"/>
          <w:color w:val="333333"/>
          <w:sz w:val="22"/>
        </w:rPr>
        <w:t xml:space="preserve">Este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modelo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descreve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estilo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usado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nos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expandidos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para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no I </w:t>
      </w:r>
      <w:proofErr w:type="spellStart"/>
      <w:r w:rsidRPr="00815BDE">
        <w:rPr>
          <w:rFonts w:ascii="Calibri" w:hAnsi="Calibri" w:cs="Calibri"/>
          <w:color w:val="333333"/>
          <w:sz w:val="22"/>
        </w:rPr>
        <w:t>Seminário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Iniciação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Científica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Desenvolvimento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Tecnológico e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Inovação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(</w:t>
      </w:r>
      <w:proofErr w:type="spellStart"/>
      <w:r w:rsidRPr="00815BDE">
        <w:rPr>
          <w:rFonts w:ascii="Calibri" w:hAnsi="Calibri" w:cs="Calibri"/>
          <w:sz w:val="22"/>
        </w:rPr>
        <w:t>SICTec</w:t>
      </w:r>
      <w:proofErr w:type="spellEnd"/>
      <w:r w:rsidRPr="00815BDE">
        <w:rPr>
          <w:rFonts w:ascii="Calibri" w:hAnsi="Calibri" w:cs="Calibri"/>
          <w:sz w:val="22"/>
        </w:rPr>
        <w:t xml:space="preserve">) </w:t>
      </w:r>
      <w:r w:rsidRPr="00815BDE">
        <w:rPr>
          <w:rFonts w:ascii="Calibri" w:hAnsi="Calibri" w:cs="Calibri"/>
          <w:color w:val="333333"/>
          <w:sz w:val="22"/>
        </w:rPr>
        <w:t>do UNI-CET. Ele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serve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modelo</w:t>
      </w:r>
      <w:proofErr w:type="spellEnd"/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a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ser</w:t>
      </w:r>
      <w:r w:rsidRPr="00815BDE">
        <w:rPr>
          <w:rFonts w:ascii="Calibri" w:hAnsi="Calibri" w:cs="Calibri"/>
          <w:color w:val="333333"/>
          <w:spacing w:val="-4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utilizado</w:t>
      </w:r>
      <w:proofErr w:type="spellEnd"/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pelos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pesquisadores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(no </w:t>
      </w:r>
      <w:proofErr w:type="spellStart"/>
      <w:r w:rsidRPr="00815BDE">
        <w:rPr>
          <w:rFonts w:ascii="Calibri" w:hAnsi="Calibri" w:cs="Calibri"/>
          <w:color w:val="333333"/>
          <w:sz w:val="22"/>
        </w:rPr>
        <w:t>máximo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06).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participantes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</w:t>
      </w:r>
      <w:r w:rsidRPr="00815BDE">
        <w:rPr>
          <w:rFonts w:ascii="Calibri" w:hAnsi="Calibri" w:cs="Calibri"/>
          <w:color w:val="333333"/>
          <w:spacing w:val="-1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evento</w:t>
      </w:r>
      <w:proofErr w:type="spellEnd"/>
      <w:r w:rsidRPr="00815BDE">
        <w:rPr>
          <w:rFonts w:ascii="Calibri" w:hAnsi="Calibri" w:cs="Calibri"/>
          <w:color w:val="333333"/>
          <w:spacing w:val="-1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podem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enviar</w:t>
      </w:r>
      <w:proofErr w:type="spellEnd"/>
      <w:r w:rsidRPr="00815BDE">
        <w:rPr>
          <w:rFonts w:ascii="Calibri" w:hAnsi="Calibri" w:cs="Calibri"/>
          <w:color w:val="333333"/>
          <w:spacing w:val="-5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 xml:space="preserve">um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outro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co-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graduandos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devem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ter um </w:t>
      </w:r>
      <w:proofErr w:type="spellStart"/>
      <w:r w:rsidRPr="00815BDE">
        <w:rPr>
          <w:rFonts w:ascii="Calibri" w:hAnsi="Calibri" w:cs="Calibri"/>
          <w:color w:val="333333"/>
          <w:sz w:val="22"/>
        </w:rPr>
        <w:t>orientador</w:t>
      </w:r>
      <w:proofErr w:type="spellEnd"/>
      <w:r w:rsidRPr="00815BDE">
        <w:rPr>
          <w:rFonts w:ascii="Calibri" w:hAnsi="Calibri" w:cs="Calibri"/>
          <w:color w:val="333333"/>
          <w:spacing w:val="-2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para</w:t>
      </w:r>
      <w:r w:rsidRPr="00815BDE">
        <w:rPr>
          <w:rFonts w:ascii="Calibri" w:hAnsi="Calibri" w:cs="Calibri"/>
          <w:color w:val="333333"/>
          <w:spacing w:val="-7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 xml:space="preserve">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professores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podem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orientar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mais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 um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evento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Todos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autores</w:t>
      </w:r>
      <w:proofErr w:type="spellEnd"/>
      <w:r w:rsidRPr="00815BDE">
        <w:rPr>
          <w:rFonts w:ascii="Calibri" w:hAnsi="Calibri" w:cs="Calibri"/>
          <w:color w:val="333333"/>
          <w:sz w:val="22"/>
        </w:rPr>
        <w:t>/co-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devem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estar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inscritos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para</w:t>
      </w:r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terem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direito</w:t>
      </w:r>
      <w:proofErr w:type="spellEnd"/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ao</w:t>
      </w:r>
      <w:proofErr w:type="spellEnd"/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recebimento</w:t>
      </w:r>
      <w:proofErr w:type="spellEnd"/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 xml:space="preserve">do(s) </w:t>
      </w:r>
      <w:proofErr w:type="spellStart"/>
      <w:r w:rsidRPr="00815BDE">
        <w:rPr>
          <w:rFonts w:ascii="Calibri" w:hAnsi="Calibri" w:cs="Calibri"/>
          <w:color w:val="333333"/>
          <w:sz w:val="22"/>
        </w:rPr>
        <w:t>certificado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(s) de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Inicie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introduzindo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,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relevância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>/</w:t>
      </w:r>
      <w:proofErr w:type="spellStart"/>
      <w:r w:rsidRPr="00815BDE">
        <w:rPr>
          <w:rFonts w:ascii="Calibri" w:hAnsi="Calibri" w:cs="Calibri"/>
          <w:color w:val="333333"/>
          <w:sz w:val="22"/>
        </w:rPr>
        <w:t>importância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escolhido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Depois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declare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geral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específicos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Sintetize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metodologia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Finalize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resultados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contribuições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No </w:t>
      </w:r>
      <w:proofErr w:type="spellStart"/>
      <w:r w:rsidRPr="00815BDE">
        <w:rPr>
          <w:rFonts w:ascii="Calibri" w:hAnsi="Calibri" w:cs="Calibri"/>
          <w:color w:val="333333"/>
          <w:sz w:val="22"/>
        </w:rPr>
        <w:t>máximo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200 a 250 </w:t>
      </w:r>
      <w:proofErr w:type="spellStart"/>
      <w:r w:rsidRPr="00815BDE">
        <w:rPr>
          <w:rFonts w:ascii="Calibri" w:hAnsi="Calibri" w:cs="Calibri"/>
          <w:color w:val="333333"/>
          <w:sz w:val="22"/>
        </w:rPr>
        <w:t>palavras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 w:rsidRPr="00815BDE">
        <w:rPr>
          <w:rFonts w:ascii="Calibri" w:hAnsi="Calibri" w:cs="Calibri"/>
          <w:color w:val="333333"/>
          <w:spacing w:val="-5"/>
          <w:sz w:val="22"/>
        </w:rPr>
        <w:t xml:space="preserve"> </w:t>
      </w:r>
      <w:r w:rsidRPr="00403E20">
        <w:rPr>
          <w:rFonts w:ascii="Calibri" w:hAnsi="Calibri" w:cs="Calibri"/>
          <w:color w:val="0070C0"/>
          <w:sz w:val="22"/>
        </w:rPr>
        <w:t>(Fonte</w:t>
      </w:r>
      <w:r w:rsidRPr="00403E20">
        <w:rPr>
          <w:rFonts w:ascii="Calibri" w:hAnsi="Calibri" w:cs="Calibri"/>
          <w:color w:val="0070C0"/>
          <w:spacing w:val="-8"/>
          <w:sz w:val="22"/>
        </w:rPr>
        <w:t xml:space="preserve"> </w:t>
      </w:r>
      <w:r w:rsidRPr="00403E20">
        <w:rPr>
          <w:rFonts w:ascii="Calibri" w:hAnsi="Calibri" w:cs="Calibri"/>
          <w:color w:val="0070C0"/>
          <w:sz w:val="22"/>
        </w:rPr>
        <w:t>Calibri,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proofErr w:type="spellStart"/>
      <w:r w:rsidRPr="00403E20">
        <w:rPr>
          <w:rFonts w:ascii="Calibri" w:hAnsi="Calibri" w:cs="Calibri"/>
          <w:color w:val="0070C0"/>
          <w:sz w:val="22"/>
        </w:rPr>
        <w:t>Tamanho</w:t>
      </w:r>
      <w:proofErr w:type="spellEnd"/>
      <w:r w:rsidRPr="00403E20">
        <w:rPr>
          <w:rFonts w:ascii="Calibri" w:hAnsi="Calibri" w:cs="Calibri"/>
          <w:color w:val="0070C0"/>
          <w:sz w:val="22"/>
        </w:rPr>
        <w:t>: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r w:rsidRPr="00403E20">
        <w:rPr>
          <w:rFonts w:ascii="Calibri" w:hAnsi="Calibri" w:cs="Calibri"/>
          <w:color w:val="0070C0"/>
          <w:sz w:val="22"/>
        </w:rPr>
        <w:t>11,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proofErr w:type="spellStart"/>
      <w:r w:rsidRPr="00403E20">
        <w:rPr>
          <w:rFonts w:ascii="Calibri" w:hAnsi="Calibri" w:cs="Calibri"/>
          <w:color w:val="0070C0"/>
          <w:sz w:val="22"/>
        </w:rPr>
        <w:t>justificado</w:t>
      </w:r>
      <w:proofErr w:type="spellEnd"/>
      <w:r w:rsidRPr="00403E20">
        <w:rPr>
          <w:rFonts w:ascii="Calibri" w:hAnsi="Calibri" w:cs="Calibri"/>
          <w:color w:val="0070C0"/>
          <w:sz w:val="22"/>
        </w:rPr>
        <w:t>,</w:t>
      </w:r>
      <w:r w:rsidRPr="00403E20">
        <w:rPr>
          <w:rFonts w:ascii="Calibri" w:hAnsi="Calibri" w:cs="Calibri"/>
          <w:color w:val="0070C0"/>
          <w:spacing w:val="-5"/>
          <w:sz w:val="22"/>
        </w:rPr>
        <w:t xml:space="preserve"> </w:t>
      </w:r>
      <w:proofErr w:type="spellStart"/>
      <w:r w:rsidRPr="00403E20">
        <w:rPr>
          <w:rFonts w:ascii="Calibri" w:hAnsi="Calibri" w:cs="Calibri"/>
          <w:color w:val="0070C0"/>
          <w:sz w:val="22"/>
        </w:rPr>
        <w:t>espaçamento</w:t>
      </w:r>
      <w:proofErr w:type="spellEnd"/>
      <w:r w:rsidRPr="00403E20">
        <w:rPr>
          <w:rFonts w:ascii="Calibri" w:hAnsi="Calibri" w:cs="Calibri"/>
          <w:color w:val="0070C0"/>
          <w:sz w:val="22"/>
        </w:rPr>
        <w:t xml:space="preserve"> de simples. </w:t>
      </w:r>
      <w:r w:rsidR="00063CF6" w:rsidRPr="00403E20">
        <w:rPr>
          <w:rFonts w:ascii="Calibri" w:hAnsi="Calibri" w:cs="Calibri"/>
          <w:color w:val="0070C0"/>
          <w:sz w:val="22"/>
        </w:rPr>
        <w:t>0</w:t>
      </w:r>
      <w:r w:rsidRPr="00403E20">
        <w:rPr>
          <w:rFonts w:ascii="Calibri" w:hAnsi="Calibri" w:cs="Calibri"/>
          <w:color w:val="0070C0"/>
          <w:sz w:val="22"/>
        </w:rPr>
        <w:t xml:space="preserve">pt antes e </w:t>
      </w:r>
      <w:proofErr w:type="spellStart"/>
      <w:r w:rsidRPr="00403E20">
        <w:rPr>
          <w:rFonts w:ascii="Calibri" w:hAnsi="Calibri" w:cs="Calibri"/>
          <w:color w:val="0070C0"/>
          <w:sz w:val="22"/>
        </w:rPr>
        <w:t>depois</w:t>
      </w:r>
      <w:proofErr w:type="spellEnd"/>
      <w:r w:rsidR="00403E20">
        <w:rPr>
          <w:rFonts w:ascii="Calibri" w:hAnsi="Calibri" w:cs="Calibri"/>
          <w:color w:val="0070C0"/>
          <w:sz w:val="22"/>
        </w:rPr>
        <w:t>).</w:t>
      </w:r>
    </w:p>
    <w:p w14:paraId="3EF80D6D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sz w:val="22"/>
        </w:rPr>
      </w:pPr>
    </w:p>
    <w:p w14:paraId="4D27E4EA" w14:textId="59EDAF85" w:rsidR="00B83B19" w:rsidRPr="00815BDE" w:rsidRDefault="00B83B19" w:rsidP="00063CF6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b/>
          <w:color w:val="333333"/>
          <w:sz w:val="22"/>
        </w:rPr>
        <w:t>Palavras-chave</w:t>
      </w:r>
      <w:proofErr w:type="spellEnd"/>
      <w:r w:rsidRPr="00815BDE">
        <w:rPr>
          <w:rFonts w:ascii="Calibri" w:hAnsi="Calibri" w:cs="Calibri"/>
          <w:b/>
          <w:color w:val="333333"/>
          <w:sz w:val="22"/>
        </w:rPr>
        <w:t>:</w:t>
      </w:r>
      <w:r w:rsidRPr="00815BDE">
        <w:rPr>
          <w:rFonts w:ascii="Calibri" w:hAnsi="Calibri" w:cs="Calibri"/>
          <w:b/>
          <w:color w:val="333333"/>
          <w:spacing w:val="-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Científico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Formatação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; No </w:t>
      </w:r>
      <w:proofErr w:type="spellStart"/>
      <w:r w:rsidRPr="00815BDE">
        <w:rPr>
          <w:rFonts w:ascii="Calibri" w:hAnsi="Calibri" w:cs="Calibri"/>
          <w:color w:val="006FC0"/>
          <w:sz w:val="22"/>
        </w:rPr>
        <w:t>m</w:t>
      </w:r>
      <w:r w:rsidR="00063CF6">
        <w:rPr>
          <w:rFonts w:ascii="Calibri" w:hAnsi="Calibri" w:cs="Calibri"/>
          <w:color w:val="006FC0"/>
          <w:sz w:val="22"/>
        </w:rPr>
        <w:t>í</w:t>
      </w:r>
      <w:r w:rsidRPr="00815BDE">
        <w:rPr>
          <w:rFonts w:ascii="Calibri" w:hAnsi="Calibri" w:cs="Calibri"/>
          <w:color w:val="006FC0"/>
          <w:sz w:val="22"/>
        </w:rPr>
        <w:t>nimo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3 e no </w:t>
      </w:r>
      <w:proofErr w:type="spellStart"/>
      <w:r w:rsidRPr="00815BDE">
        <w:rPr>
          <w:rFonts w:ascii="Calibri" w:hAnsi="Calibri" w:cs="Calibri"/>
          <w:color w:val="006FC0"/>
          <w:sz w:val="22"/>
        </w:rPr>
        <w:t>m</w:t>
      </w:r>
      <w:r w:rsidR="00403E20">
        <w:rPr>
          <w:rFonts w:ascii="Calibri" w:hAnsi="Calibri" w:cs="Calibri"/>
          <w:color w:val="006FC0"/>
          <w:sz w:val="22"/>
        </w:rPr>
        <w:t>á</w:t>
      </w:r>
      <w:r w:rsidRPr="00815BDE">
        <w:rPr>
          <w:rFonts w:ascii="Calibri" w:hAnsi="Calibri" w:cs="Calibri"/>
          <w:color w:val="006FC0"/>
          <w:sz w:val="22"/>
        </w:rPr>
        <w:t>ximo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5 </w:t>
      </w:r>
      <w:proofErr w:type="spellStart"/>
      <w:r w:rsidRPr="00815BDE">
        <w:rPr>
          <w:rFonts w:ascii="Calibri" w:hAnsi="Calibri" w:cs="Calibri"/>
          <w:color w:val="006FC0"/>
          <w:sz w:val="22"/>
        </w:rPr>
        <w:t>palavras-chave</w:t>
      </w:r>
      <w:proofErr w:type="spellEnd"/>
      <w:r w:rsidRPr="00815BDE">
        <w:rPr>
          <w:rFonts w:ascii="Calibri" w:hAnsi="Calibri" w:cs="Calibri"/>
          <w:color w:val="006FC0"/>
          <w:sz w:val="22"/>
        </w:rPr>
        <w:t>)</w:t>
      </w:r>
    </w:p>
    <w:p w14:paraId="0E85C871" w14:textId="15EA3B99" w:rsidR="00B83B19" w:rsidRPr="00815BDE" w:rsidRDefault="00805C5D" w:rsidP="00805C5D">
      <w:pPr>
        <w:pStyle w:val="Corpodetexto"/>
        <w:tabs>
          <w:tab w:val="left" w:pos="8629"/>
        </w:tabs>
        <w:spacing w:after="0" w:line="240" w:lineRule="auto"/>
        <w:ind w:left="-851" w:right="-1141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</w:p>
    <w:p w14:paraId="3D674BF3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sz w:val="22"/>
        </w:rPr>
      </w:pPr>
    </w:p>
    <w:p w14:paraId="52AB6282" w14:textId="77777777" w:rsidR="00A92961" w:rsidRDefault="00A92961" w:rsidP="00815BDE">
      <w:pPr>
        <w:pStyle w:val="Ttulo2"/>
        <w:spacing w:before="0" w:line="240" w:lineRule="auto"/>
        <w:ind w:left="-851" w:right="-1141"/>
        <w:rPr>
          <w:rFonts w:ascii="Calibri" w:hAnsi="Calibri" w:cs="Calibri"/>
          <w:color w:val="333333"/>
          <w:sz w:val="22"/>
          <w:szCs w:val="22"/>
        </w:rPr>
      </w:pPr>
    </w:p>
    <w:p w14:paraId="4F5C1C19" w14:textId="77777777" w:rsidR="00A92961" w:rsidRDefault="00A92961" w:rsidP="00815BDE">
      <w:pPr>
        <w:pStyle w:val="Ttulo2"/>
        <w:spacing w:before="0" w:line="240" w:lineRule="auto"/>
        <w:ind w:left="-851" w:right="-1141"/>
        <w:rPr>
          <w:rFonts w:ascii="Calibri" w:hAnsi="Calibri" w:cs="Calibri"/>
          <w:color w:val="333333"/>
          <w:sz w:val="22"/>
          <w:szCs w:val="22"/>
        </w:rPr>
      </w:pPr>
    </w:p>
    <w:p w14:paraId="43B6997C" w14:textId="13EEE88D" w:rsidR="00B83B19" w:rsidRPr="00815BDE" w:rsidRDefault="00B83B19" w:rsidP="00815BDE">
      <w:pPr>
        <w:pStyle w:val="Ttulo2"/>
        <w:spacing w:before="0" w:line="240" w:lineRule="auto"/>
        <w:ind w:left="-851" w:right="-1141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t>1 INTRODUÇÃO</w:t>
      </w:r>
      <w:r w:rsidRPr="00815BDE">
        <w:rPr>
          <w:rFonts w:ascii="Calibri" w:hAnsi="Calibri" w:cs="Calibri"/>
          <w:color w:val="333333"/>
          <w:spacing w:val="40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  <w:szCs w:val="22"/>
        </w:rPr>
        <w:t>(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pacing w:val="40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z w:val="22"/>
          <w:szCs w:val="22"/>
        </w:rPr>
        <w:t>1</w:t>
      </w:r>
      <w:r w:rsidR="00063CF6">
        <w:rPr>
          <w:rFonts w:ascii="Calibri" w:hAnsi="Calibri" w:cs="Calibri"/>
          <w:color w:val="007BB8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, Calibri,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pacing w:val="40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pacing w:val="39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z w:val="22"/>
          <w:szCs w:val="22"/>
        </w:rPr>
        <w:t>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4F2B0DA0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41B69C53" w14:textId="01299B25" w:rsidR="00B83B19" w:rsidRPr="00815BDE" w:rsidRDefault="00B83B19" w:rsidP="00063CF6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Inicie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introduzindo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motivos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,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relevância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>/</w:t>
      </w:r>
      <w:proofErr w:type="spellStart"/>
      <w:r w:rsidRPr="00815BDE">
        <w:rPr>
          <w:rFonts w:ascii="Calibri" w:hAnsi="Calibri" w:cs="Calibri"/>
          <w:color w:val="333333"/>
          <w:sz w:val="22"/>
        </w:rPr>
        <w:t>importância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escolhido</w:t>
      </w:r>
      <w:proofErr w:type="spellEnd"/>
      <w:r w:rsidRPr="00815BDE">
        <w:rPr>
          <w:rFonts w:ascii="Calibri" w:hAnsi="Calibri" w:cs="Calibri"/>
          <w:color w:val="333333"/>
          <w:sz w:val="22"/>
        </w:rPr>
        <w:t>,</w:t>
      </w:r>
      <w:r w:rsidRPr="00815BDE">
        <w:rPr>
          <w:rFonts w:ascii="Calibri" w:hAnsi="Calibri" w:cs="Calibri"/>
          <w:color w:val="333333"/>
          <w:spacing w:val="4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problemas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científicos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que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levou</w:t>
      </w:r>
      <w:proofErr w:type="spellEnd"/>
      <w:r w:rsidRPr="00815BDE">
        <w:rPr>
          <w:rFonts w:ascii="Calibri" w:hAnsi="Calibri" w:cs="Calibri"/>
          <w:color w:val="333333"/>
          <w:sz w:val="22"/>
        </w:rPr>
        <w:t>(</w:t>
      </w:r>
      <w:proofErr w:type="spellStart"/>
      <w:r w:rsidRPr="00815BDE">
        <w:rPr>
          <w:rFonts w:ascii="Calibri" w:hAnsi="Calibri" w:cs="Calibri"/>
          <w:color w:val="333333"/>
          <w:sz w:val="22"/>
        </w:rPr>
        <w:t>aram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) o(s) </w:t>
      </w:r>
      <w:proofErr w:type="spellStart"/>
      <w:r w:rsidRPr="00815BDE">
        <w:rPr>
          <w:rFonts w:ascii="Calibri" w:hAnsi="Calibri" w:cs="Calibri"/>
          <w:color w:val="333333"/>
          <w:sz w:val="22"/>
        </w:rPr>
        <w:t>autor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(es)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desenvolver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</w:t>
      </w:r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trabalho</w:t>
      </w:r>
      <w:proofErr w:type="spellEnd"/>
      <w:r w:rsidRPr="00815BDE">
        <w:rPr>
          <w:rFonts w:ascii="Calibri" w:hAnsi="Calibri" w:cs="Calibri"/>
          <w:color w:val="333333"/>
          <w:sz w:val="22"/>
        </w:rPr>
        <w:t>,</w:t>
      </w:r>
      <w:r w:rsidRPr="00815BDE">
        <w:rPr>
          <w:rFonts w:ascii="Calibri" w:hAnsi="Calibri" w:cs="Calibri"/>
          <w:color w:val="333333"/>
          <w:spacing w:val="-8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esclarecendo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tipo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color w:val="333333"/>
          <w:sz w:val="22"/>
        </w:rPr>
        <w:t>problema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Sintetize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 </w:t>
      </w:r>
      <w:proofErr w:type="spellStart"/>
      <w:r w:rsidRPr="00815BDE">
        <w:rPr>
          <w:rFonts w:ascii="Calibri" w:hAnsi="Calibri" w:cs="Calibri"/>
          <w:color w:val="333333"/>
          <w:sz w:val="22"/>
        </w:rPr>
        <w:t>metodologia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proofErr w:type="spellStart"/>
      <w:r w:rsidRPr="00815BDE">
        <w:rPr>
          <w:rFonts w:ascii="Calibri" w:hAnsi="Calibri" w:cs="Calibri"/>
          <w:color w:val="333333"/>
          <w:sz w:val="22"/>
        </w:rPr>
        <w:t>Depois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declare o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geral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específicos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 w:rsidR="00E21B4B">
        <w:rPr>
          <w:rFonts w:ascii="Calibri" w:hAnsi="Calibri" w:cs="Calibri"/>
          <w:color w:val="333333"/>
          <w:sz w:val="22"/>
        </w:rPr>
        <w:t xml:space="preserve"> </w:t>
      </w:r>
      <w:r w:rsidR="00E21B4B" w:rsidRPr="00815BDE">
        <w:rPr>
          <w:rFonts w:ascii="Calibri" w:hAnsi="Calibri" w:cs="Calibri"/>
          <w:color w:val="333333"/>
          <w:sz w:val="22"/>
        </w:rPr>
        <w:t>Normas</w:t>
      </w:r>
      <w:r w:rsidR="00E21B4B"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="00E21B4B" w:rsidRPr="00815BDE">
        <w:rPr>
          <w:rFonts w:ascii="Calibri" w:hAnsi="Calibri" w:cs="Calibri"/>
          <w:color w:val="333333"/>
          <w:sz w:val="22"/>
        </w:rPr>
        <w:t>recomendadas</w:t>
      </w:r>
      <w:proofErr w:type="spellEnd"/>
      <w:r w:rsidR="00E21B4B" w:rsidRPr="00815BDE">
        <w:rPr>
          <w:rFonts w:ascii="Calibri" w:hAnsi="Calibri" w:cs="Calibri"/>
          <w:color w:val="333333"/>
          <w:sz w:val="22"/>
        </w:rPr>
        <w:t xml:space="preserve"> pela</w:t>
      </w:r>
      <w:r w:rsidR="00E21B4B"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r w:rsidR="00E21B4B" w:rsidRPr="00815BDE">
        <w:rPr>
          <w:rFonts w:ascii="Calibri" w:hAnsi="Calibri" w:cs="Calibri"/>
          <w:b/>
          <w:color w:val="333333"/>
          <w:sz w:val="22"/>
        </w:rPr>
        <w:t xml:space="preserve">ABNT </w:t>
      </w:r>
      <w:r w:rsidR="00E21B4B" w:rsidRPr="00815BDE">
        <w:rPr>
          <w:rFonts w:ascii="Calibri" w:hAnsi="Calibri" w:cs="Calibri"/>
          <w:color w:val="333333"/>
          <w:sz w:val="22"/>
        </w:rPr>
        <w:t>(NBR 14724/ 2024; NBR 10520/2023</w:t>
      </w:r>
      <w:r w:rsidR="00E21B4B">
        <w:rPr>
          <w:rFonts w:ascii="Calibri" w:hAnsi="Calibri" w:cs="Calibri"/>
          <w:color w:val="333333"/>
          <w:sz w:val="22"/>
        </w:rPr>
        <w:t>)</w:t>
      </w:r>
      <w:r w:rsidRPr="00815BDE">
        <w:rPr>
          <w:rFonts w:ascii="Calibri" w:hAnsi="Calibri" w:cs="Calibri"/>
          <w:color w:val="333333"/>
          <w:sz w:val="22"/>
        </w:rPr>
        <w:t xml:space="preserve">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1597F6E5" w14:textId="77777777" w:rsidR="00B83B19" w:rsidRPr="00815BDE" w:rsidRDefault="00B83B19" w:rsidP="00815BDE">
      <w:pPr>
        <w:pStyle w:val="Corpodetexto"/>
        <w:spacing w:after="0" w:line="240" w:lineRule="auto"/>
        <w:ind w:left="-851" w:right="-1141" w:firstLine="706"/>
        <w:jc w:val="both"/>
        <w:rPr>
          <w:rFonts w:ascii="Calibri" w:hAnsi="Calibri" w:cs="Calibri"/>
          <w:sz w:val="22"/>
        </w:rPr>
      </w:pPr>
    </w:p>
    <w:p w14:paraId="01E76166" w14:textId="4CA42CC6" w:rsidR="00B83B19" w:rsidRPr="00815BDE" w:rsidRDefault="00B83B19" w:rsidP="00815BDE">
      <w:pPr>
        <w:pStyle w:val="Ttulo2"/>
        <w:tabs>
          <w:tab w:val="left" w:pos="2656"/>
          <w:tab w:val="left" w:pos="4027"/>
          <w:tab w:val="left" w:pos="5467"/>
          <w:tab w:val="left" w:pos="6052"/>
          <w:tab w:val="left" w:pos="6847"/>
        </w:tabs>
        <w:spacing w:before="0" w:line="240" w:lineRule="auto"/>
        <w:ind w:left="-851" w:right="-1141"/>
        <w:jc w:val="both"/>
        <w:rPr>
          <w:rFonts w:ascii="Calibri" w:hAnsi="Calibri" w:cs="Calibri"/>
          <w:sz w:val="22"/>
          <w:szCs w:val="22"/>
        </w:rPr>
      </w:pPr>
      <w:r w:rsidRPr="00377D98">
        <w:rPr>
          <w:rFonts w:ascii="Calibri" w:hAnsi="Calibri" w:cs="Calibri"/>
          <w:color w:val="auto"/>
          <w:sz w:val="22"/>
          <w:szCs w:val="22"/>
        </w:rPr>
        <w:t>2 MATERIAIS E MÉTODOS</w:t>
      </w:r>
      <w:r w:rsidRPr="00377D98">
        <w:rPr>
          <w:rFonts w:ascii="Calibri" w:hAnsi="Calibri" w:cs="Calibri"/>
          <w:b w:val="0"/>
          <w:bCs w:val="0"/>
          <w:color w:val="auto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="00DF421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47A82FA8" w14:textId="77777777" w:rsidR="00063CF6" w:rsidRDefault="00063CF6" w:rsidP="00063CF6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bCs/>
          <w:sz w:val="22"/>
        </w:rPr>
      </w:pPr>
    </w:p>
    <w:p w14:paraId="24902DFE" w14:textId="575A8B8B" w:rsidR="00B83B19" w:rsidRPr="00815BDE" w:rsidRDefault="00B83B19" w:rsidP="00063CF6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color w:val="333333"/>
          <w:sz w:val="22"/>
        </w:rPr>
      </w:pPr>
      <w:r w:rsidRPr="00815BDE">
        <w:rPr>
          <w:rFonts w:ascii="Calibri" w:hAnsi="Calibri" w:cs="Calibri"/>
          <w:bCs/>
          <w:sz w:val="22"/>
        </w:rPr>
        <w:t xml:space="preserve">Tipo de </w:t>
      </w:r>
      <w:proofErr w:type="spellStart"/>
      <w:r w:rsidRPr="00815BDE">
        <w:rPr>
          <w:rFonts w:ascii="Calibri" w:hAnsi="Calibri" w:cs="Calibri"/>
          <w:bCs/>
          <w:sz w:val="22"/>
        </w:rPr>
        <w:t>estudo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população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bCs/>
          <w:sz w:val="22"/>
        </w:rPr>
        <w:t>amostra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(se </w:t>
      </w:r>
      <w:proofErr w:type="spellStart"/>
      <w:r w:rsidRPr="00815BDE">
        <w:rPr>
          <w:rFonts w:ascii="Calibri" w:hAnsi="Calibri" w:cs="Calibri"/>
          <w:bCs/>
          <w:sz w:val="22"/>
        </w:rPr>
        <w:t>houver</w:t>
      </w:r>
      <w:proofErr w:type="spellEnd"/>
      <w:r w:rsidRPr="00815BDE">
        <w:rPr>
          <w:rFonts w:ascii="Calibri" w:hAnsi="Calibri" w:cs="Calibri"/>
          <w:bCs/>
          <w:sz w:val="22"/>
        </w:rPr>
        <w:t xml:space="preserve">), </w:t>
      </w:r>
      <w:proofErr w:type="spellStart"/>
      <w:r w:rsidRPr="00815BDE">
        <w:rPr>
          <w:rFonts w:ascii="Calibri" w:hAnsi="Calibri" w:cs="Calibri"/>
          <w:bCs/>
          <w:sz w:val="22"/>
        </w:rPr>
        <w:t>instrumentos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coleta de dados, </w:t>
      </w:r>
      <w:proofErr w:type="spellStart"/>
      <w:r w:rsidRPr="00815BDE">
        <w:rPr>
          <w:rFonts w:ascii="Calibri" w:hAnsi="Calibri" w:cs="Calibri"/>
          <w:bCs/>
          <w:sz w:val="22"/>
        </w:rPr>
        <w:t>analise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dos dados e </w:t>
      </w:r>
      <w:proofErr w:type="spellStart"/>
      <w:r w:rsidRPr="00815BDE">
        <w:rPr>
          <w:rFonts w:ascii="Calibri" w:hAnsi="Calibri" w:cs="Calibri"/>
          <w:bCs/>
          <w:sz w:val="22"/>
        </w:rPr>
        <w:t>aspectos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</w:t>
      </w:r>
      <w:proofErr w:type="spellStart"/>
      <w:r w:rsidRPr="00815BDE">
        <w:rPr>
          <w:rFonts w:ascii="Calibri" w:hAnsi="Calibri" w:cs="Calibri"/>
          <w:bCs/>
          <w:sz w:val="22"/>
        </w:rPr>
        <w:t>eticos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(para </w:t>
      </w:r>
      <w:proofErr w:type="spellStart"/>
      <w:r w:rsidRPr="00815BDE">
        <w:rPr>
          <w:rFonts w:ascii="Calibri" w:hAnsi="Calibri" w:cs="Calibri"/>
          <w:bCs/>
          <w:sz w:val="22"/>
        </w:rPr>
        <w:t>estudos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</w:t>
      </w:r>
      <w:proofErr w:type="spellStart"/>
      <w:r w:rsidRPr="00815BDE">
        <w:rPr>
          <w:rFonts w:ascii="Calibri" w:hAnsi="Calibri" w:cs="Calibri"/>
          <w:bCs/>
          <w:sz w:val="22"/>
        </w:rPr>
        <w:t>originais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). Para </w:t>
      </w:r>
      <w:proofErr w:type="spellStart"/>
      <w:r w:rsidRPr="00815BDE">
        <w:rPr>
          <w:rFonts w:ascii="Calibri" w:hAnsi="Calibri" w:cs="Calibri"/>
          <w:bCs/>
          <w:sz w:val="22"/>
        </w:rPr>
        <w:t>estudos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revisão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tipo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estudo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definição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bCs/>
          <w:sz w:val="22"/>
        </w:rPr>
        <w:t>pergunta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estudo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estratégia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busca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critérios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bCs/>
          <w:sz w:val="22"/>
        </w:rPr>
        <w:t>inclusão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Cs/>
          <w:sz w:val="22"/>
        </w:rPr>
        <w:t>exclusão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bCs/>
          <w:sz w:val="22"/>
        </w:rPr>
        <w:t>análise</w:t>
      </w:r>
      <w:proofErr w:type="spellEnd"/>
      <w:r w:rsidRPr="00815BDE">
        <w:rPr>
          <w:rFonts w:ascii="Calibri" w:hAnsi="Calibri" w:cs="Calibri"/>
          <w:bCs/>
          <w:sz w:val="22"/>
        </w:rPr>
        <w:t xml:space="preserve"> dos </w:t>
      </w:r>
      <w:proofErr w:type="spellStart"/>
      <w:r w:rsidRPr="00815BDE">
        <w:rPr>
          <w:rFonts w:ascii="Calibri" w:hAnsi="Calibri" w:cs="Calibri"/>
          <w:bCs/>
          <w:sz w:val="22"/>
        </w:rPr>
        <w:t>resultados</w:t>
      </w:r>
      <w:proofErr w:type="spellEnd"/>
      <w:r w:rsidRPr="00815BDE">
        <w:rPr>
          <w:rFonts w:ascii="Calibri" w:hAnsi="Calibri" w:cs="Calibri"/>
          <w:bCs/>
          <w:sz w:val="22"/>
        </w:rPr>
        <w:t>.</w:t>
      </w:r>
      <w:r w:rsidRPr="00815BDE">
        <w:rPr>
          <w:rFonts w:ascii="Calibri" w:hAnsi="Calibri" w:cs="Calibri"/>
          <w:color w:val="333333"/>
          <w:sz w:val="22"/>
        </w:rPr>
        <w:t xml:space="preserve">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4A413BFF" w14:textId="77777777" w:rsidR="00B83B19" w:rsidRPr="00815BDE" w:rsidRDefault="00B83B19" w:rsidP="00815BDE">
      <w:pPr>
        <w:pStyle w:val="Corpodetexto"/>
        <w:spacing w:after="0" w:line="240" w:lineRule="auto"/>
        <w:ind w:left="-851" w:right="-1141" w:firstLine="691"/>
        <w:jc w:val="both"/>
        <w:rPr>
          <w:rFonts w:ascii="Calibri" w:hAnsi="Calibri" w:cs="Calibri"/>
          <w:sz w:val="22"/>
        </w:rPr>
      </w:pPr>
    </w:p>
    <w:p w14:paraId="43A7847F" w14:textId="7DC8DF3A" w:rsidR="00B83B19" w:rsidRPr="00815BDE" w:rsidRDefault="00B83B19" w:rsidP="00815BDE">
      <w:pPr>
        <w:pStyle w:val="Ttulo1"/>
        <w:spacing w:before="0" w:line="240" w:lineRule="auto"/>
        <w:ind w:left="-851" w:right="-1141"/>
        <w:rPr>
          <w:rFonts w:ascii="Calibri" w:hAnsi="Calibri" w:cs="Calibri"/>
          <w:position w:val="8"/>
          <w:sz w:val="22"/>
          <w:szCs w:val="22"/>
        </w:rPr>
      </w:pPr>
      <w:r w:rsidRPr="00815BDE">
        <w:rPr>
          <w:rFonts w:ascii="Calibri" w:hAnsi="Calibri" w:cs="Calibri"/>
          <w:color w:val="333333"/>
          <w:sz w:val="22"/>
          <w:szCs w:val="22"/>
        </w:rPr>
        <w:t>3 RESULTADOS</w:t>
      </w:r>
      <w:r w:rsidRPr="00815BDE">
        <w:rPr>
          <w:rFonts w:ascii="Calibri" w:hAnsi="Calibri" w:cs="Calibri"/>
          <w:color w:val="333333"/>
          <w:spacing w:val="-5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  <w:szCs w:val="22"/>
        </w:rPr>
        <w:t>E</w:t>
      </w:r>
      <w:r w:rsidRPr="00815BDE">
        <w:rPr>
          <w:rFonts w:ascii="Calibri" w:hAnsi="Calibri" w:cs="Calibri"/>
          <w:color w:val="333333"/>
          <w:spacing w:val="-5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DISCUSSÃO 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="00DF421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0C92D455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77E86C56" w14:textId="77777777" w:rsidR="00B83B19" w:rsidRPr="00815BDE" w:rsidRDefault="00B83B19" w:rsidP="00951E07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proofErr w:type="spellStart"/>
      <w:r w:rsidRPr="00815BDE">
        <w:rPr>
          <w:rFonts w:ascii="Calibri" w:hAnsi="Calibri" w:cs="Calibri"/>
          <w:color w:val="333333"/>
          <w:sz w:val="22"/>
        </w:rPr>
        <w:t>Devem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conter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uma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apresentação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concisa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dos</w:t>
      </w:r>
      <w:r w:rsidRPr="00815BDE">
        <w:rPr>
          <w:rFonts w:ascii="Calibri" w:hAnsi="Calibri" w:cs="Calibri"/>
          <w:color w:val="333333"/>
          <w:spacing w:val="-1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dados</w:t>
      </w:r>
      <w:r w:rsidRPr="00815BDE">
        <w:rPr>
          <w:rFonts w:ascii="Calibri" w:hAnsi="Calibri" w:cs="Calibri"/>
          <w:color w:val="333333"/>
          <w:spacing w:val="-1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obtidos</w:t>
      </w:r>
      <w:proofErr w:type="spellEnd"/>
      <w:r w:rsidRPr="00815BDE">
        <w:rPr>
          <w:rFonts w:ascii="Calibri" w:hAnsi="Calibri" w:cs="Calibri"/>
          <w:color w:val="333333"/>
          <w:spacing w:val="-1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e</w:t>
      </w:r>
      <w:r w:rsidRPr="00815BDE">
        <w:rPr>
          <w:rFonts w:ascii="Calibri" w:hAnsi="Calibri" w:cs="Calibri"/>
          <w:color w:val="333333"/>
          <w:spacing w:val="-1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resultados</w:t>
      </w:r>
      <w:proofErr w:type="spellEnd"/>
      <w:r w:rsidRPr="00815BDE">
        <w:rPr>
          <w:rFonts w:ascii="Calibri" w:hAnsi="Calibri" w:cs="Calibri"/>
          <w:color w:val="333333"/>
          <w:spacing w:val="-15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analisados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2A910692" w14:textId="77777777" w:rsidR="00B83B19" w:rsidRPr="00815BDE" w:rsidRDefault="00B83B19" w:rsidP="00815BDE">
      <w:pPr>
        <w:pStyle w:val="Corpodetexto"/>
        <w:spacing w:after="0" w:line="240" w:lineRule="auto"/>
        <w:ind w:left="-851" w:right="-1141" w:firstLine="706"/>
        <w:jc w:val="both"/>
        <w:rPr>
          <w:rFonts w:ascii="Calibri" w:hAnsi="Calibri" w:cs="Calibri"/>
          <w:sz w:val="22"/>
        </w:rPr>
      </w:pPr>
    </w:p>
    <w:p w14:paraId="18B5D51A" w14:textId="1B480B37" w:rsidR="00B83B19" w:rsidRPr="00815BDE" w:rsidRDefault="00B83B19" w:rsidP="00815BDE">
      <w:pPr>
        <w:pStyle w:val="Ttulo1"/>
        <w:spacing w:before="0" w:line="240" w:lineRule="auto"/>
        <w:ind w:left="-851" w:right="-1141"/>
        <w:rPr>
          <w:rFonts w:ascii="Calibri" w:hAnsi="Calibri" w:cs="Calibri"/>
          <w:position w:val="7"/>
          <w:sz w:val="22"/>
          <w:szCs w:val="22"/>
        </w:rPr>
      </w:pP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 xml:space="preserve">4 </w:t>
      </w:r>
      <w:r w:rsidR="00051D35" w:rsidRPr="00815BDE">
        <w:rPr>
          <w:rFonts w:ascii="Calibri" w:hAnsi="Calibri" w:cs="Calibri"/>
          <w:color w:val="333333"/>
          <w:spacing w:val="-2"/>
          <w:sz w:val="22"/>
          <w:szCs w:val="22"/>
        </w:rPr>
        <w:t xml:space="preserve">CONSIDERAÇÕES FINAIS </w:t>
      </w: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="00DF421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12BCF38E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75D84F65" w14:textId="77777777" w:rsidR="00B83B19" w:rsidRPr="00815BDE" w:rsidRDefault="00B83B19" w:rsidP="00951E07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r w:rsidRPr="00815BDE">
        <w:rPr>
          <w:rFonts w:ascii="Calibri" w:hAnsi="Calibri" w:cs="Calibri"/>
          <w:color w:val="333333"/>
          <w:sz w:val="22"/>
        </w:rPr>
        <w:t xml:space="preserve">Deve responder </w:t>
      </w:r>
      <w:proofErr w:type="spellStart"/>
      <w:r w:rsidRPr="00815BDE">
        <w:rPr>
          <w:rFonts w:ascii="Calibri" w:hAnsi="Calibri" w:cs="Calibri"/>
          <w:color w:val="333333"/>
          <w:sz w:val="22"/>
        </w:rPr>
        <w:t>ao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objetivo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geral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color w:val="333333"/>
          <w:sz w:val="22"/>
        </w:rPr>
        <w:t>pesquisa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5843DB5A" w14:textId="77777777" w:rsidR="00951E07" w:rsidRDefault="00951E07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  <w:lang w:val="pt-BR"/>
        </w:rPr>
      </w:pPr>
    </w:p>
    <w:p w14:paraId="066ADA78" w14:textId="60B08D56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  <w:lang w:val="pt-BR"/>
        </w:rPr>
      </w:pPr>
      <w:r w:rsidRPr="00815BDE">
        <w:rPr>
          <w:rFonts w:ascii="Calibri" w:hAnsi="Calibri" w:cs="Calibri"/>
          <w:b/>
          <w:sz w:val="22"/>
          <w:lang w:val="pt-BR"/>
        </w:rPr>
        <w:t xml:space="preserve">FINANCIAMENTO </w:t>
      </w:r>
      <w:r w:rsidRPr="00815BDE">
        <w:rPr>
          <w:rFonts w:ascii="Calibri" w:hAnsi="Calibri" w:cs="Calibri"/>
          <w:b/>
          <w:sz w:val="22"/>
        </w:rPr>
        <w:t>(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Tamanho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 1</w:t>
      </w:r>
      <w:r w:rsidR="00DF421E">
        <w:rPr>
          <w:rFonts w:ascii="Calibri" w:hAnsi="Calibri" w:cs="Calibri"/>
          <w:b/>
          <w:color w:val="007BB8"/>
          <w:sz w:val="22"/>
        </w:rPr>
        <w:t>1</w:t>
      </w:r>
      <w:r w:rsidRPr="00815BDE">
        <w:rPr>
          <w:rFonts w:ascii="Calibri" w:hAnsi="Calibri" w:cs="Calibri"/>
          <w:b/>
          <w:color w:val="007BB8"/>
          <w:sz w:val="22"/>
        </w:rPr>
        <w:t xml:space="preserve">, Calibri, 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negrito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maiúsculo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b/>
          <w:color w:val="007BB8"/>
          <w:sz w:val="22"/>
        </w:rPr>
        <w:t>espaçamento</w:t>
      </w:r>
      <w:proofErr w:type="spellEnd"/>
      <w:r w:rsidRPr="00815BDE">
        <w:rPr>
          <w:rFonts w:ascii="Calibri" w:hAnsi="Calibri" w:cs="Calibri"/>
          <w:b/>
          <w:color w:val="007BB8"/>
          <w:sz w:val="22"/>
        </w:rPr>
        <w:t xml:space="preserve"> simples</w:t>
      </w:r>
      <w:r w:rsidRPr="00815BDE">
        <w:rPr>
          <w:rFonts w:ascii="Calibri" w:hAnsi="Calibri" w:cs="Calibri"/>
          <w:b/>
          <w:sz w:val="22"/>
        </w:rPr>
        <w:t>)</w:t>
      </w:r>
    </w:p>
    <w:p w14:paraId="4C4BDBF9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  <w:lang w:val="pt-BR"/>
        </w:rPr>
      </w:pPr>
    </w:p>
    <w:p w14:paraId="1542CA02" w14:textId="77777777" w:rsidR="00B83B19" w:rsidRPr="00815BDE" w:rsidRDefault="00B83B19" w:rsidP="00951E07">
      <w:pPr>
        <w:pStyle w:val="Corpodetexto"/>
        <w:spacing w:after="0" w:line="240" w:lineRule="auto"/>
        <w:ind w:left="-851" w:right="-1141" w:firstLine="425"/>
        <w:jc w:val="both"/>
        <w:rPr>
          <w:rFonts w:ascii="Calibri" w:hAnsi="Calibri" w:cs="Calibri"/>
          <w:sz w:val="22"/>
        </w:rPr>
      </w:pPr>
      <w:r w:rsidRPr="00815BDE">
        <w:rPr>
          <w:rFonts w:ascii="Calibri" w:hAnsi="Calibri" w:cs="Calibri"/>
          <w:sz w:val="22"/>
        </w:rPr>
        <w:t xml:space="preserve">Neste </w:t>
      </w:r>
      <w:proofErr w:type="spellStart"/>
      <w:r w:rsidRPr="00815BDE">
        <w:rPr>
          <w:rFonts w:ascii="Calibri" w:hAnsi="Calibri" w:cs="Calibri"/>
          <w:sz w:val="22"/>
        </w:rPr>
        <w:t>tópico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deve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constar</w:t>
      </w:r>
      <w:proofErr w:type="spellEnd"/>
      <w:r w:rsidRPr="00815BDE">
        <w:rPr>
          <w:rFonts w:ascii="Calibri" w:hAnsi="Calibri" w:cs="Calibri"/>
          <w:sz w:val="22"/>
        </w:rPr>
        <w:t xml:space="preserve"> a </w:t>
      </w:r>
      <w:proofErr w:type="spellStart"/>
      <w:r w:rsidRPr="00815BDE">
        <w:rPr>
          <w:rFonts w:ascii="Calibri" w:hAnsi="Calibri" w:cs="Calibri"/>
          <w:sz w:val="22"/>
        </w:rPr>
        <w:t>instituição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agência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sz w:val="22"/>
        </w:rPr>
        <w:t>fomento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responsável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ou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programa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institucional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sz w:val="22"/>
        </w:rPr>
        <w:t>financiamento</w:t>
      </w:r>
      <w:proofErr w:type="spellEnd"/>
      <w:r w:rsidRPr="00815BDE">
        <w:rPr>
          <w:rFonts w:ascii="Calibri" w:hAnsi="Calibri" w:cs="Calibri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sz w:val="22"/>
        </w:rPr>
        <w:t>trabalho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quando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houver</w:t>
      </w:r>
      <w:proofErr w:type="spellEnd"/>
      <w:r w:rsidRPr="00815BDE">
        <w:rPr>
          <w:rFonts w:ascii="Calibri" w:hAnsi="Calibri" w:cs="Calibri"/>
          <w:sz w:val="22"/>
        </w:rPr>
        <w:t xml:space="preserve">. A </w:t>
      </w:r>
      <w:proofErr w:type="spellStart"/>
      <w:r w:rsidRPr="00815BDE">
        <w:rPr>
          <w:rFonts w:ascii="Calibri" w:hAnsi="Calibri" w:cs="Calibri"/>
          <w:sz w:val="22"/>
        </w:rPr>
        <w:t>indicação</w:t>
      </w:r>
      <w:proofErr w:type="spellEnd"/>
      <w:r w:rsidRPr="00815BDE">
        <w:rPr>
          <w:rFonts w:ascii="Calibri" w:hAnsi="Calibri" w:cs="Calibri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sz w:val="22"/>
        </w:rPr>
        <w:t>apoio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financeiro</w:t>
      </w:r>
      <w:proofErr w:type="spellEnd"/>
      <w:r w:rsidRPr="00815BDE">
        <w:rPr>
          <w:rFonts w:ascii="Calibri" w:hAnsi="Calibri" w:cs="Calibri"/>
          <w:sz w:val="22"/>
        </w:rPr>
        <w:t xml:space="preserve"> é </w:t>
      </w:r>
      <w:proofErr w:type="spellStart"/>
      <w:r w:rsidRPr="00815BDE">
        <w:rPr>
          <w:rFonts w:ascii="Calibri" w:hAnsi="Calibri" w:cs="Calibri"/>
          <w:sz w:val="22"/>
        </w:rPr>
        <w:t>importante</w:t>
      </w:r>
      <w:proofErr w:type="spellEnd"/>
      <w:r w:rsidRPr="00815BDE">
        <w:rPr>
          <w:rFonts w:ascii="Calibri" w:hAnsi="Calibri" w:cs="Calibri"/>
          <w:sz w:val="22"/>
        </w:rPr>
        <w:t xml:space="preserve"> para </w:t>
      </w:r>
      <w:proofErr w:type="spellStart"/>
      <w:r w:rsidRPr="00815BDE">
        <w:rPr>
          <w:rFonts w:ascii="Calibri" w:hAnsi="Calibri" w:cs="Calibri"/>
          <w:sz w:val="22"/>
        </w:rPr>
        <w:t>reconhecer</w:t>
      </w:r>
      <w:proofErr w:type="spellEnd"/>
      <w:r w:rsidRPr="00815BDE">
        <w:rPr>
          <w:rFonts w:ascii="Calibri" w:hAnsi="Calibri" w:cs="Calibri"/>
          <w:sz w:val="22"/>
        </w:rPr>
        <w:t xml:space="preserve"> as </w:t>
      </w:r>
      <w:proofErr w:type="spellStart"/>
      <w:r w:rsidRPr="00815BDE">
        <w:rPr>
          <w:rFonts w:ascii="Calibri" w:hAnsi="Calibri" w:cs="Calibri"/>
          <w:sz w:val="22"/>
        </w:rPr>
        <w:t>entidades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que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contribuíram</w:t>
      </w:r>
      <w:proofErr w:type="spellEnd"/>
      <w:r w:rsidRPr="00815BDE">
        <w:rPr>
          <w:rFonts w:ascii="Calibri" w:hAnsi="Calibri" w:cs="Calibri"/>
          <w:sz w:val="22"/>
        </w:rPr>
        <w:t xml:space="preserve"> para a </w:t>
      </w:r>
      <w:proofErr w:type="spellStart"/>
      <w:r w:rsidRPr="00815BDE">
        <w:rPr>
          <w:rFonts w:ascii="Calibri" w:hAnsi="Calibri" w:cs="Calibri"/>
          <w:sz w:val="22"/>
        </w:rPr>
        <w:t>realização</w:t>
      </w:r>
      <w:proofErr w:type="spellEnd"/>
      <w:r w:rsidRPr="00815BDE">
        <w:rPr>
          <w:rFonts w:ascii="Calibri" w:hAnsi="Calibri" w:cs="Calibri"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sz w:val="22"/>
        </w:rPr>
        <w:t>pesquisa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devendo</w:t>
      </w:r>
      <w:proofErr w:type="spellEnd"/>
      <w:r w:rsidRPr="00815BDE">
        <w:rPr>
          <w:rFonts w:ascii="Calibri" w:hAnsi="Calibri" w:cs="Calibri"/>
          <w:sz w:val="22"/>
        </w:rPr>
        <w:t xml:space="preserve"> ser </w:t>
      </w:r>
      <w:proofErr w:type="spellStart"/>
      <w:r w:rsidRPr="00815BDE">
        <w:rPr>
          <w:rFonts w:ascii="Calibri" w:hAnsi="Calibri" w:cs="Calibri"/>
          <w:sz w:val="22"/>
        </w:rPr>
        <w:t>mencionada</w:t>
      </w:r>
      <w:proofErr w:type="spellEnd"/>
      <w:r w:rsidRPr="00815BDE">
        <w:rPr>
          <w:rFonts w:ascii="Calibri" w:hAnsi="Calibri" w:cs="Calibri"/>
          <w:sz w:val="22"/>
        </w:rPr>
        <w:t xml:space="preserve"> de forma </w:t>
      </w:r>
      <w:proofErr w:type="spellStart"/>
      <w:r w:rsidRPr="00815BDE">
        <w:rPr>
          <w:rFonts w:ascii="Calibri" w:hAnsi="Calibri" w:cs="Calibri"/>
          <w:sz w:val="22"/>
        </w:rPr>
        <w:t>clara</w:t>
      </w:r>
      <w:proofErr w:type="spellEnd"/>
      <w:r w:rsidRPr="00815BDE">
        <w:rPr>
          <w:rFonts w:ascii="Calibri" w:hAnsi="Calibri" w:cs="Calibri"/>
          <w:sz w:val="22"/>
        </w:rPr>
        <w:t xml:space="preserve"> e </w:t>
      </w:r>
      <w:proofErr w:type="spellStart"/>
      <w:r w:rsidRPr="00815BDE">
        <w:rPr>
          <w:rFonts w:ascii="Calibri" w:hAnsi="Calibri" w:cs="Calibri"/>
          <w:sz w:val="22"/>
        </w:rPr>
        <w:t>objetiva</w:t>
      </w:r>
      <w:proofErr w:type="spellEnd"/>
      <w:r w:rsidRPr="00815BDE">
        <w:rPr>
          <w:rFonts w:ascii="Calibri" w:hAnsi="Calibri" w:cs="Calibri"/>
          <w:sz w:val="22"/>
        </w:rPr>
        <w:t xml:space="preserve">. Na </w:t>
      </w:r>
      <w:proofErr w:type="spellStart"/>
      <w:r w:rsidRPr="00815BDE">
        <w:rPr>
          <w:rFonts w:ascii="Calibri" w:hAnsi="Calibri" w:cs="Calibri"/>
          <w:sz w:val="22"/>
        </w:rPr>
        <w:t>ausência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sz w:val="22"/>
        </w:rPr>
        <w:t>agência</w:t>
      </w:r>
      <w:proofErr w:type="spellEnd"/>
      <w:r w:rsidRPr="00815BDE">
        <w:rPr>
          <w:rFonts w:ascii="Calibri" w:hAnsi="Calibri" w:cs="Calibri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sz w:val="22"/>
        </w:rPr>
        <w:t>instituição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ou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programa</w:t>
      </w:r>
      <w:proofErr w:type="spellEnd"/>
      <w:r w:rsidRPr="00815BDE">
        <w:rPr>
          <w:rFonts w:ascii="Calibri" w:hAnsi="Calibri" w:cs="Calibri"/>
          <w:sz w:val="22"/>
        </w:rPr>
        <w:t xml:space="preserve"> de </w:t>
      </w:r>
      <w:proofErr w:type="spellStart"/>
      <w:r w:rsidRPr="00815BDE">
        <w:rPr>
          <w:rFonts w:ascii="Calibri" w:hAnsi="Calibri" w:cs="Calibri"/>
          <w:sz w:val="22"/>
        </w:rPr>
        <w:t>financiamento</w:t>
      </w:r>
      <w:proofErr w:type="spellEnd"/>
      <w:r w:rsidRPr="00815BDE">
        <w:rPr>
          <w:rFonts w:ascii="Calibri" w:hAnsi="Calibri" w:cs="Calibri"/>
          <w:sz w:val="22"/>
        </w:rPr>
        <w:t xml:space="preserve"> , </w:t>
      </w:r>
      <w:proofErr w:type="spellStart"/>
      <w:r w:rsidRPr="00815BDE">
        <w:rPr>
          <w:rFonts w:ascii="Calibri" w:hAnsi="Calibri" w:cs="Calibri"/>
          <w:sz w:val="22"/>
        </w:rPr>
        <w:t>deve</w:t>
      </w:r>
      <w:proofErr w:type="spellEnd"/>
      <w:r w:rsidRPr="00815BDE">
        <w:rPr>
          <w:rFonts w:ascii="Calibri" w:hAnsi="Calibri" w:cs="Calibri"/>
          <w:sz w:val="22"/>
        </w:rPr>
        <w:t xml:space="preserve">-se </w:t>
      </w:r>
      <w:proofErr w:type="spellStart"/>
      <w:r w:rsidRPr="00815BDE">
        <w:rPr>
          <w:rFonts w:ascii="Calibri" w:hAnsi="Calibri" w:cs="Calibri"/>
          <w:sz w:val="22"/>
        </w:rPr>
        <w:t>informar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que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estudo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foi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autofinanciado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pelos</w:t>
      </w:r>
      <w:proofErr w:type="spellEnd"/>
      <w:r w:rsidRPr="00815BDE">
        <w:rPr>
          <w:rFonts w:ascii="Calibri" w:hAnsi="Calibri" w:cs="Calibri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sz w:val="22"/>
        </w:rPr>
        <w:t>autores</w:t>
      </w:r>
      <w:proofErr w:type="spellEnd"/>
      <w:r w:rsidRPr="00815BDE">
        <w:rPr>
          <w:rFonts w:ascii="Calibri" w:hAnsi="Calibri" w:cs="Calibri"/>
          <w:sz w:val="22"/>
        </w:rPr>
        <w:t xml:space="preserve">.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Pr="00815BDE">
        <w:rPr>
          <w:rFonts w:ascii="Calibri" w:hAnsi="Calibri" w:cs="Calibri"/>
          <w:color w:val="006FC0"/>
          <w:sz w:val="22"/>
        </w:rPr>
        <w:t>justificado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3D2A69FA" w14:textId="77777777" w:rsidR="00377D98" w:rsidRDefault="00377D98" w:rsidP="00815BDE">
      <w:pPr>
        <w:spacing w:after="0" w:line="240" w:lineRule="auto"/>
        <w:ind w:left="-851" w:right="-1141"/>
        <w:jc w:val="both"/>
        <w:rPr>
          <w:rFonts w:ascii="Calibri" w:hAnsi="Calibri" w:cs="Calibri"/>
          <w:sz w:val="22"/>
          <w:lang w:val="pt-BR"/>
        </w:rPr>
      </w:pPr>
    </w:p>
    <w:p w14:paraId="3D05E16E" w14:textId="5C6F8411" w:rsidR="00D53D42" w:rsidRPr="00815BDE" w:rsidRDefault="00D53D42" w:rsidP="00815BDE">
      <w:pPr>
        <w:spacing w:after="0" w:line="240" w:lineRule="auto"/>
        <w:ind w:left="-851" w:right="-1141"/>
        <w:jc w:val="both"/>
        <w:rPr>
          <w:rFonts w:ascii="Calibri" w:hAnsi="Calibri" w:cs="Calibri"/>
          <w:sz w:val="22"/>
          <w:lang w:val="pt-BR"/>
        </w:rPr>
      </w:pPr>
      <w:r w:rsidRPr="00815BDE">
        <w:rPr>
          <w:rFonts w:ascii="Calibri" w:hAnsi="Calibri" w:cs="Calibri"/>
          <w:sz w:val="22"/>
          <w:lang w:val="pt-BR"/>
        </w:rPr>
        <w:t>Exemplo:</w:t>
      </w:r>
    </w:p>
    <w:p w14:paraId="25A5FCFF" w14:textId="77777777" w:rsidR="00D53D42" w:rsidRPr="00815BDE" w:rsidRDefault="00D53D42" w:rsidP="00815BDE">
      <w:pPr>
        <w:spacing w:after="0" w:line="240" w:lineRule="auto"/>
        <w:ind w:left="-851" w:right="-1141"/>
        <w:jc w:val="both"/>
        <w:rPr>
          <w:rFonts w:ascii="Calibri" w:hAnsi="Calibri" w:cs="Calibri"/>
          <w:sz w:val="22"/>
          <w:lang w:val="pt-BR"/>
        </w:rPr>
      </w:pPr>
    </w:p>
    <w:p w14:paraId="6BE799C7" w14:textId="77777777" w:rsidR="00D53D42" w:rsidRPr="00815BDE" w:rsidRDefault="00D53D42" w:rsidP="00815BDE">
      <w:pPr>
        <w:spacing w:after="0" w:line="240" w:lineRule="auto"/>
        <w:ind w:left="-851" w:right="-1141" w:firstLine="425"/>
        <w:jc w:val="both"/>
        <w:rPr>
          <w:rFonts w:ascii="Calibri" w:hAnsi="Calibri" w:cs="Calibri"/>
          <w:color w:val="000000" w:themeColor="text1"/>
          <w:spacing w:val="-2"/>
          <w:sz w:val="22"/>
        </w:rPr>
      </w:pPr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A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realização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deste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trabalho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contou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com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recursos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provenientes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dos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próprios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pesquisadores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responsáveis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por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arcar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com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todos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custos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necessários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para o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desenvolvimento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 da </w:t>
      </w:r>
      <w:proofErr w:type="spellStart"/>
      <w:r w:rsidRPr="00815BDE">
        <w:rPr>
          <w:rFonts w:ascii="Calibri" w:hAnsi="Calibri" w:cs="Calibri"/>
          <w:color w:val="000000" w:themeColor="text1"/>
          <w:spacing w:val="-2"/>
          <w:sz w:val="22"/>
        </w:rPr>
        <w:t>pesquisa</w:t>
      </w:r>
      <w:proofErr w:type="spellEnd"/>
      <w:r w:rsidRPr="00815BDE">
        <w:rPr>
          <w:rFonts w:ascii="Calibri" w:hAnsi="Calibri" w:cs="Calibri"/>
          <w:color w:val="000000" w:themeColor="text1"/>
          <w:spacing w:val="-2"/>
          <w:sz w:val="22"/>
        </w:rPr>
        <w:t xml:space="preserve">. </w:t>
      </w:r>
    </w:p>
    <w:p w14:paraId="2F034AA6" w14:textId="77777777" w:rsidR="00D53D42" w:rsidRPr="00815BDE" w:rsidRDefault="00D53D42" w:rsidP="00815BDE">
      <w:pPr>
        <w:spacing w:after="0" w:line="240" w:lineRule="auto"/>
        <w:ind w:left="-851" w:right="-1141"/>
        <w:jc w:val="center"/>
        <w:rPr>
          <w:rFonts w:ascii="Calibri" w:hAnsi="Calibri" w:cs="Calibri"/>
          <w:b/>
          <w:bCs/>
          <w:color w:val="000000" w:themeColor="text1"/>
          <w:spacing w:val="-2"/>
          <w:sz w:val="22"/>
        </w:rPr>
      </w:pPr>
      <w:r w:rsidRPr="00815BDE">
        <w:rPr>
          <w:rFonts w:ascii="Calibri" w:hAnsi="Calibri" w:cs="Calibri"/>
          <w:b/>
          <w:bCs/>
          <w:color w:val="000000" w:themeColor="text1"/>
          <w:spacing w:val="-2"/>
          <w:sz w:val="22"/>
        </w:rPr>
        <w:t>Ou</w:t>
      </w:r>
    </w:p>
    <w:p w14:paraId="2C5396C0" w14:textId="77777777" w:rsidR="00D53D42" w:rsidRPr="00815BDE" w:rsidRDefault="00D53D42" w:rsidP="00815BDE">
      <w:pPr>
        <w:pStyle w:val="Ttulo1"/>
        <w:spacing w:before="0" w:line="240" w:lineRule="auto"/>
        <w:ind w:left="-851" w:right="-1141" w:firstLine="425"/>
        <w:jc w:val="both"/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</w:pPr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Este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trabalho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foi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apoiado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pelo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Conselho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Nacional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Desenvolvimento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Científico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e Tecnológico (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CNPq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),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Coordenação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Aperfeiçoamento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Pessoal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Nível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Superior (CAPES) 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Fundação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Amparo a Pesquisa do Estado do Piauí (FAPEPI).</w:t>
      </w:r>
    </w:p>
    <w:p w14:paraId="1DCB126D" w14:textId="77777777" w:rsidR="00D53D42" w:rsidRPr="00815BDE" w:rsidRDefault="00D53D42" w:rsidP="00815BDE">
      <w:pPr>
        <w:pStyle w:val="Ttulo1"/>
        <w:spacing w:before="0" w:line="240" w:lineRule="auto"/>
        <w:ind w:left="-851" w:right="-1141" w:hanging="1"/>
        <w:jc w:val="center"/>
        <w:rPr>
          <w:rFonts w:ascii="Calibri" w:hAnsi="Calibri" w:cs="Calibri"/>
          <w:color w:val="000000" w:themeColor="text1"/>
          <w:spacing w:val="-2"/>
          <w:sz w:val="22"/>
          <w:szCs w:val="22"/>
        </w:rPr>
      </w:pPr>
      <w:r w:rsidRPr="00815BDE">
        <w:rPr>
          <w:rFonts w:ascii="Calibri" w:hAnsi="Calibri" w:cs="Calibri"/>
          <w:color w:val="000000" w:themeColor="text1"/>
          <w:spacing w:val="-2"/>
          <w:sz w:val="22"/>
          <w:szCs w:val="22"/>
        </w:rPr>
        <w:t>Ou</w:t>
      </w:r>
    </w:p>
    <w:p w14:paraId="128EAECD" w14:textId="77777777" w:rsidR="00D53D42" w:rsidRPr="00815BDE" w:rsidRDefault="00D53D42" w:rsidP="00815BDE">
      <w:pPr>
        <w:pStyle w:val="Ttulo1"/>
        <w:spacing w:before="0" w:line="240" w:lineRule="auto"/>
        <w:ind w:left="-851" w:right="-1141" w:firstLine="425"/>
        <w:jc w:val="both"/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</w:pPr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Este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trabalho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contou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com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apoio</w:t>
      </w:r>
      <w:proofErr w:type="spellEnd"/>
      <w:r w:rsidRPr="00815BDE">
        <w:rPr>
          <w:rFonts w:ascii="Calibri" w:eastAsia="Arial MT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815BDE">
        <w:rPr>
          <w:rFonts w:ascii="Calibri" w:eastAsia="Arial MT" w:hAnsi="Calibri" w:cs="Calibri"/>
          <w:b w:val="0"/>
          <w:bCs w:val="0"/>
          <w:color w:val="000000" w:themeColor="text1"/>
          <w:sz w:val="22"/>
          <w:szCs w:val="22"/>
          <w:shd w:val="clear" w:color="auto" w:fill="FFFFFF"/>
        </w:rPr>
        <w:t>do</w:t>
      </w:r>
      <w:r w:rsidRPr="00815BDE">
        <w:rPr>
          <w:rFonts w:ascii="Calibri" w:eastAsia="Arial MT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Programa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Institucional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Bolsas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de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Iniciação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Científica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(PIBIC) do Centro Universitário Tecnológico de Teresina (UNI-CET),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responsável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pelo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financiamento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das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atividades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relacionadas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ao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desenvolvimento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 da </w:t>
      </w:r>
      <w:proofErr w:type="spellStart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>pesquisa</w:t>
      </w:r>
      <w:proofErr w:type="spellEnd"/>
      <w:r w:rsidRPr="00815BDE">
        <w:rPr>
          <w:rFonts w:ascii="Calibri" w:hAnsi="Calibri" w:cs="Calibri"/>
          <w:b w:val="0"/>
          <w:bCs w:val="0"/>
          <w:color w:val="000000" w:themeColor="text1"/>
          <w:spacing w:val="-2"/>
          <w:sz w:val="22"/>
          <w:szCs w:val="22"/>
        </w:rPr>
        <w:t xml:space="preserve">. </w:t>
      </w:r>
    </w:p>
    <w:p w14:paraId="3E4C6D71" w14:textId="77777777" w:rsidR="00B83B19" w:rsidRPr="00815BDE" w:rsidRDefault="00B83B19" w:rsidP="00815BDE">
      <w:pPr>
        <w:pStyle w:val="Ttulo1"/>
        <w:spacing w:before="0" w:line="240" w:lineRule="auto"/>
        <w:ind w:left="-851" w:right="-1141"/>
        <w:rPr>
          <w:rFonts w:ascii="Calibri" w:hAnsi="Calibri" w:cs="Calibri"/>
          <w:color w:val="333333"/>
          <w:spacing w:val="-2"/>
          <w:sz w:val="22"/>
          <w:szCs w:val="22"/>
        </w:rPr>
      </w:pPr>
    </w:p>
    <w:p w14:paraId="150F632B" w14:textId="3B60331A" w:rsidR="00B83B19" w:rsidRPr="00815BDE" w:rsidRDefault="00B83B19" w:rsidP="00951E07">
      <w:pPr>
        <w:pStyle w:val="Ttulo1"/>
        <w:spacing w:before="0" w:line="240" w:lineRule="auto"/>
        <w:ind w:left="-851" w:right="-1141"/>
        <w:rPr>
          <w:rFonts w:ascii="Calibri" w:hAnsi="Calibri" w:cs="Calibri"/>
          <w:sz w:val="22"/>
          <w:szCs w:val="22"/>
        </w:rPr>
      </w:pPr>
      <w:r w:rsidRPr="00815BDE">
        <w:rPr>
          <w:rFonts w:ascii="Calibri" w:hAnsi="Calibri" w:cs="Calibri"/>
          <w:color w:val="333333"/>
          <w:spacing w:val="-2"/>
          <w:sz w:val="22"/>
          <w:szCs w:val="22"/>
        </w:rPr>
        <w:t>REFERÊNCIAS (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Tamanho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="00DF421E">
        <w:rPr>
          <w:rFonts w:ascii="Calibri" w:hAnsi="Calibri" w:cs="Calibri"/>
          <w:color w:val="007BB8"/>
          <w:spacing w:val="-4"/>
          <w:sz w:val="22"/>
          <w:szCs w:val="22"/>
        </w:rPr>
        <w:t>1</w:t>
      </w:r>
      <w:r w:rsidRPr="00815BDE">
        <w:rPr>
          <w:rFonts w:ascii="Calibri" w:hAnsi="Calibri" w:cs="Calibri"/>
          <w:color w:val="007BB8"/>
          <w:spacing w:val="-4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Calibri,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negrito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,</w:t>
      </w:r>
      <w:r w:rsidRPr="00815BDE">
        <w:rPr>
          <w:rFonts w:ascii="Calibri" w:hAnsi="Calibri" w:cs="Calibri"/>
          <w:color w:val="007BB8"/>
          <w:sz w:val="22"/>
          <w:szCs w:val="22"/>
        </w:rPr>
        <w:t xml:space="preserve"> </w:t>
      </w:r>
      <w:proofErr w:type="spellStart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>maiúsculo</w:t>
      </w:r>
      <w:proofErr w:type="spellEnd"/>
      <w:r w:rsidRPr="00815BDE">
        <w:rPr>
          <w:rFonts w:ascii="Calibri" w:hAnsi="Calibri" w:cs="Calibri"/>
          <w:color w:val="007BB8"/>
          <w:spacing w:val="-2"/>
          <w:sz w:val="22"/>
          <w:szCs w:val="22"/>
        </w:rPr>
        <w:t xml:space="preserve">, </w:t>
      </w:r>
      <w:proofErr w:type="spellStart"/>
      <w:r w:rsidRPr="00815BDE">
        <w:rPr>
          <w:rFonts w:ascii="Calibri" w:hAnsi="Calibri" w:cs="Calibri"/>
          <w:color w:val="007BB8"/>
          <w:sz w:val="22"/>
          <w:szCs w:val="22"/>
        </w:rPr>
        <w:t>espaçamento</w:t>
      </w:r>
      <w:proofErr w:type="spellEnd"/>
      <w:r w:rsidRPr="00815BDE">
        <w:rPr>
          <w:rFonts w:ascii="Calibri" w:hAnsi="Calibri" w:cs="Calibri"/>
          <w:color w:val="007BB8"/>
          <w:sz w:val="22"/>
          <w:szCs w:val="22"/>
        </w:rPr>
        <w:t xml:space="preserve"> simples</w:t>
      </w:r>
      <w:r w:rsidRPr="00815BDE">
        <w:rPr>
          <w:rFonts w:ascii="Calibri" w:hAnsi="Calibri" w:cs="Calibri"/>
          <w:color w:val="333333"/>
          <w:sz w:val="22"/>
          <w:szCs w:val="22"/>
        </w:rPr>
        <w:t>)</w:t>
      </w:r>
    </w:p>
    <w:p w14:paraId="0A5C174E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  <w:b/>
          <w:sz w:val="22"/>
        </w:rPr>
      </w:pPr>
    </w:p>
    <w:p w14:paraId="09F6C509" w14:textId="7BC37B88" w:rsidR="00B83B19" w:rsidRPr="00815BDE" w:rsidRDefault="00B83B19" w:rsidP="00BA017B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sz w:val="22"/>
        </w:rPr>
      </w:pPr>
      <w:r w:rsidRPr="00815BDE">
        <w:rPr>
          <w:rFonts w:ascii="Calibri" w:hAnsi="Calibri" w:cs="Calibri"/>
          <w:color w:val="333333"/>
          <w:sz w:val="22"/>
        </w:rPr>
        <w:t>Constar</w:t>
      </w:r>
      <w:r w:rsidRPr="00815BDE">
        <w:rPr>
          <w:rFonts w:ascii="Calibri" w:hAnsi="Calibri" w:cs="Calibri"/>
          <w:color w:val="333333"/>
          <w:spacing w:val="3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apenas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as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obras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utilizadas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no </w:t>
      </w:r>
      <w:proofErr w:type="spellStart"/>
      <w:r w:rsidRPr="00815BDE">
        <w:rPr>
          <w:rFonts w:ascii="Calibri" w:hAnsi="Calibri" w:cs="Calibri"/>
          <w:color w:val="333333"/>
          <w:sz w:val="22"/>
        </w:rPr>
        <w:t>texto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do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resumo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expandido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333333"/>
          <w:sz w:val="22"/>
        </w:rPr>
        <w:t>assim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como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as </w:t>
      </w:r>
      <w:proofErr w:type="spellStart"/>
      <w:r w:rsidRPr="00815BDE">
        <w:rPr>
          <w:rFonts w:ascii="Calibri" w:hAnsi="Calibri" w:cs="Calibri"/>
          <w:color w:val="333333"/>
          <w:sz w:val="22"/>
        </w:rPr>
        <w:t>fontes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das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ilustrações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ou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tabelas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Inserir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ordem</w:t>
      </w:r>
      <w:proofErr w:type="spellEnd"/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alfabética</w:t>
      </w:r>
      <w:proofErr w:type="spellEnd"/>
      <w:r w:rsidRPr="00815BDE">
        <w:rPr>
          <w:rFonts w:ascii="Calibri" w:hAnsi="Calibri" w:cs="Calibri"/>
          <w:color w:val="333333"/>
          <w:sz w:val="22"/>
        </w:rPr>
        <w:t>.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Norma</w:t>
      </w:r>
      <w:r w:rsidRPr="00815BDE">
        <w:rPr>
          <w:rFonts w:ascii="Calibri" w:hAnsi="Calibri" w:cs="Calibri"/>
          <w:color w:val="333333"/>
          <w:spacing w:val="80"/>
          <w:w w:val="150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recomendada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pela</w:t>
      </w:r>
      <w:r w:rsidRPr="00815BDE">
        <w:rPr>
          <w:rFonts w:ascii="Calibri" w:hAnsi="Calibri" w:cs="Calibri"/>
          <w:color w:val="333333"/>
          <w:spacing w:val="-11"/>
          <w:sz w:val="22"/>
        </w:rPr>
        <w:t xml:space="preserve"> </w:t>
      </w:r>
      <w:r w:rsidRPr="00815BDE">
        <w:rPr>
          <w:rFonts w:ascii="Calibri" w:hAnsi="Calibri" w:cs="Calibri"/>
          <w:b/>
          <w:color w:val="333333"/>
          <w:sz w:val="22"/>
        </w:rPr>
        <w:t xml:space="preserve">ABNT </w:t>
      </w:r>
      <w:r w:rsidRPr="00815BDE">
        <w:rPr>
          <w:rFonts w:ascii="Calibri" w:hAnsi="Calibri" w:cs="Calibri"/>
          <w:color w:val="333333"/>
          <w:sz w:val="22"/>
        </w:rPr>
        <w:t>(NBR 6023/2025).</w:t>
      </w:r>
      <w:r w:rsidRPr="00815BDE">
        <w:rPr>
          <w:rFonts w:ascii="Calibri" w:hAnsi="Calibri" w:cs="Calibri"/>
          <w:color w:val="333333"/>
          <w:spacing w:val="-9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Título</w:t>
      </w:r>
      <w:proofErr w:type="spellEnd"/>
      <w:r w:rsidRPr="00815BDE">
        <w:rPr>
          <w:rFonts w:ascii="Calibri" w:hAnsi="Calibri" w:cs="Calibri"/>
          <w:color w:val="333333"/>
          <w:spacing w:val="-12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principal</w:t>
      </w:r>
      <w:r w:rsidRPr="00815BDE">
        <w:rPr>
          <w:rFonts w:ascii="Calibri" w:hAnsi="Calibri" w:cs="Calibri"/>
          <w:color w:val="333333"/>
          <w:spacing w:val="-12"/>
          <w:sz w:val="22"/>
        </w:rPr>
        <w:t xml:space="preserve"> </w:t>
      </w:r>
      <w:r w:rsidRPr="00815BDE">
        <w:rPr>
          <w:rFonts w:ascii="Calibri" w:hAnsi="Calibri" w:cs="Calibri"/>
          <w:color w:val="333333"/>
          <w:sz w:val="22"/>
        </w:rPr>
        <w:t>das</w:t>
      </w:r>
      <w:r w:rsidRPr="00815BDE">
        <w:rPr>
          <w:rFonts w:ascii="Calibri" w:hAnsi="Calibri" w:cs="Calibri"/>
          <w:color w:val="333333"/>
          <w:spacing w:val="-14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obras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color w:val="333333"/>
          <w:sz w:val="22"/>
        </w:rPr>
        <w:t>em</w:t>
      </w:r>
      <w:proofErr w:type="spellEnd"/>
      <w:r w:rsidRPr="00815BDE">
        <w:rPr>
          <w:rFonts w:ascii="Calibri" w:hAnsi="Calibri" w:cs="Calibri"/>
          <w:color w:val="333333"/>
          <w:sz w:val="22"/>
        </w:rPr>
        <w:t xml:space="preserve"> </w:t>
      </w:r>
      <w:proofErr w:type="spellStart"/>
      <w:r w:rsidRPr="00815BDE">
        <w:rPr>
          <w:rFonts w:ascii="Calibri" w:hAnsi="Calibri" w:cs="Calibri"/>
          <w:b/>
          <w:color w:val="333333"/>
          <w:sz w:val="22"/>
        </w:rPr>
        <w:t>negrito</w:t>
      </w:r>
      <w:proofErr w:type="spellEnd"/>
      <w:r w:rsidRPr="00815BDE">
        <w:rPr>
          <w:rFonts w:ascii="Calibri" w:hAnsi="Calibri" w:cs="Calibri"/>
          <w:b/>
          <w:color w:val="333333"/>
          <w:sz w:val="22"/>
        </w:rPr>
        <w:t xml:space="preserve"> </w:t>
      </w:r>
      <w:r w:rsidRPr="00815BDE">
        <w:rPr>
          <w:rFonts w:ascii="Calibri" w:hAnsi="Calibri" w:cs="Calibri"/>
          <w:color w:val="006FC0"/>
          <w:sz w:val="22"/>
        </w:rPr>
        <w:t xml:space="preserve">(Fonte Calibri, </w:t>
      </w:r>
      <w:proofErr w:type="spellStart"/>
      <w:r w:rsidRPr="00815BDE">
        <w:rPr>
          <w:rFonts w:ascii="Calibri" w:hAnsi="Calibri" w:cs="Calibri"/>
          <w:color w:val="006FC0"/>
          <w:sz w:val="22"/>
        </w:rPr>
        <w:t>Tamanho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: 11, </w:t>
      </w:r>
      <w:proofErr w:type="spellStart"/>
      <w:r w:rsidR="003D79ED">
        <w:rPr>
          <w:rFonts w:ascii="Calibri" w:hAnsi="Calibri" w:cs="Calibri"/>
          <w:color w:val="006FC0"/>
          <w:sz w:val="22"/>
        </w:rPr>
        <w:t>alinhado</w:t>
      </w:r>
      <w:proofErr w:type="spellEnd"/>
      <w:r w:rsidR="003D79ED">
        <w:rPr>
          <w:rFonts w:ascii="Calibri" w:hAnsi="Calibri" w:cs="Calibri"/>
          <w:color w:val="006FC0"/>
          <w:sz w:val="22"/>
        </w:rPr>
        <w:t xml:space="preserve"> à </w:t>
      </w:r>
      <w:proofErr w:type="spellStart"/>
      <w:r w:rsidR="003D79ED">
        <w:rPr>
          <w:rFonts w:ascii="Calibri" w:hAnsi="Calibri" w:cs="Calibri"/>
          <w:color w:val="006FC0"/>
          <w:sz w:val="22"/>
        </w:rPr>
        <w:t>esquerda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, </w:t>
      </w:r>
      <w:proofErr w:type="spellStart"/>
      <w:r w:rsidRPr="00815BDE">
        <w:rPr>
          <w:rFonts w:ascii="Calibri" w:hAnsi="Calibri" w:cs="Calibri"/>
          <w:color w:val="006FC0"/>
          <w:sz w:val="22"/>
        </w:rPr>
        <w:t>espaçamento</w:t>
      </w:r>
      <w:proofErr w:type="spellEnd"/>
      <w:r w:rsidRPr="00815BDE">
        <w:rPr>
          <w:rFonts w:ascii="Calibri" w:hAnsi="Calibri" w:cs="Calibri"/>
          <w:color w:val="006FC0"/>
          <w:sz w:val="22"/>
        </w:rPr>
        <w:t xml:space="preserve"> 1,0 entre </w:t>
      </w:r>
      <w:proofErr w:type="spellStart"/>
      <w:r w:rsidRPr="00815BDE">
        <w:rPr>
          <w:rFonts w:ascii="Calibri" w:hAnsi="Calibri" w:cs="Calibri"/>
          <w:color w:val="006FC0"/>
          <w:sz w:val="22"/>
        </w:rPr>
        <w:t>linhas</w:t>
      </w:r>
      <w:proofErr w:type="spellEnd"/>
      <w:r w:rsidRPr="00815BDE">
        <w:rPr>
          <w:rFonts w:ascii="Calibri" w:hAnsi="Calibri" w:cs="Calibri"/>
          <w:color w:val="006FC0"/>
          <w:sz w:val="22"/>
        </w:rPr>
        <w:t>).</w:t>
      </w:r>
    </w:p>
    <w:p w14:paraId="5AF19880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jc w:val="both"/>
        <w:rPr>
          <w:rFonts w:ascii="Calibri" w:hAnsi="Calibri" w:cs="Calibri"/>
          <w:sz w:val="22"/>
        </w:rPr>
      </w:pPr>
    </w:p>
    <w:p w14:paraId="0174431E" w14:textId="77777777" w:rsidR="00B83B19" w:rsidRPr="00815BDE" w:rsidRDefault="00B83B19" w:rsidP="00815BDE">
      <w:pPr>
        <w:pStyle w:val="Corpodetexto"/>
        <w:spacing w:after="0" w:line="240" w:lineRule="auto"/>
        <w:ind w:left="-851" w:right="-1141"/>
        <w:rPr>
          <w:rFonts w:ascii="Calibri" w:hAnsi="Calibri" w:cs="Calibri"/>
        </w:rPr>
      </w:pPr>
    </w:p>
    <w:p w14:paraId="2D303ED1" w14:textId="52E80211" w:rsidR="006B7C1F" w:rsidRDefault="006B7C1F" w:rsidP="006B7C1F">
      <w:pPr>
        <w:spacing w:after="0" w:line="240" w:lineRule="auto"/>
        <w:ind w:left="-709" w:right="-856"/>
        <w:jc w:val="both"/>
        <w:rPr>
          <w:rFonts w:ascii="Arial" w:hAnsi="Arial" w:cs="Arial"/>
        </w:rPr>
      </w:pPr>
    </w:p>
    <w:sectPr w:rsidR="006B7C1F" w:rsidSect="000A6D07">
      <w:headerReference w:type="default" r:id="rId16"/>
      <w:footerReference w:type="default" r:id="rId17"/>
      <w:pgSz w:w="12240" w:h="15840"/>
      <w:pgMar w:top="-31" w:right="1800" w:bottom="426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53EAB" w14:textId="77777777" w:rsidR="00563524" w:rsidRDefault="00563524" w:rsidP="006B7C1F">
      <w:pPr>
        <w:spacing w:after="0" w:line="240" w:lineRule="auto"/>
      </w:pPr>
      <w:r>
        <w:separator/>
      </w:r>
    </w:p>
  </w:endnote>
  <w:endnote w:type="continuationSeparator" w:id="0">
    <w:p w14:paraId="78EC765C" w14:textId="77777777" w:rsidR="00563524" w:rsidRDefault="00563524" w:rsidP="006B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165057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439D9ED0" w14:textId="712A3B9D" w:rsidR="005F49D5" w:rsidRPr="002F4EB9" w:rsidRDefault="005F49D5" w:rsidP="00805C5D">
        <w:pPr>
          <w:pStyle w:val="Rodap"/>
          <w:ind w:right="-999"/>
          <w:jc w:val="right"/>
          <w:rPr>
            <w:rFonts w:ascii="Calibri" w:hAnsi="Calibri" w:cs="Calibri"/>
          </w:rPr>
        </w:pPr>
        <w:r w:rsidRPr="002F4EB9">
          <w:rPr>
            <w:rFonts w:ascii="Calibri" w:hAnsi="Calibri" w:cs="Calibri"/>
          </w:rPr>
          <w:fldChar w:fldCharType="begin"/>
        </w:r>
        <w:r w:rsidRPr="002F4EB9">
          <w:rPr>
            <w:rFonts w:ascii="Calibri" w:hAnsi="Calibri" w:cs="Calibri"/>
          </w:rPr>
          <w:instrText>PAGE   \* MERGEFORMAT</w:instrText>
        </w:r>
        <w:r w:rsidRPr="002F4EB9">
          <w:rPr>
            <w:rFonts w:ascii="Calibri" w:hAnsi="Calibri" w:cs="Calibri"/>
          </w:rPr>
          <w:fldChar w:fldCharType="separate"/>
        </w:r>
        <w:r w:rsidRPr="002F4EB9">
          <w:rPr>
            <w:rFonts w:ascii="Calibri" w:hAnsi="Calibri" w:cs="Calibri"/>
            <w:lang w:val="pt-BR"/>
          </w:rPr>
          <w:t>2</w:t>
        </w:r>
        <w:r w:rsidRPr="002F4EB9">
          <w:rPr>
            <w:rFonts w:ascii="Calibri" w:hAnsi="Calibri" w:cs="Calibri"/>
          </w:rPr>
          <w:fldChar w:fldCharType="end"/>
        </w:r>
      </w:p>
    </w:sdtContent>
  </w:sdt>
  <w:p w14:paraId="632959D8" w14:textId="77777777" w:rsidR="005F49D5" w:rsidRDefault="005F49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D7C3D" w14:textId="77777777" w:rsidR="00563524" w:rsidRDefault="00563524" w:rsidP="006B7C1F">
      <w:pPr>
        <w:spacing w:after="0" w:line="240" w:lineRule="auto"/>
      </w:pPr>
      <w:r>
        <w:separator/>
      </w:r>
    </w:p>
  </w:footnote>
  <w:footnote w:type="continuationSeparator" w:id="0">
    <w:p w14:paraId="23881461" w14:textId="77777777" w:rsidR="00563524" w:rsidRDefault="00563524" w:rsidP="006B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6A25E" w14:textId="6D8EF00F" w:rsidR="006B7C1F" w:rsidRDefault="006B7C1F" w:rsidP="006B7C1F">
    <w:pPr>
      <w:pStyle w:val="Cabealho"/>
      <w:tabs>
        <w:tab w:val="clear" w:pos="4680"/>
        <w:tab w:val="clear" w:pos="9360"/>
        <w:tab w:val="left" w:pos="69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BC13B5"/>
    <w:multiLevelType w:val="hybridMultilevel"/>
    <w:tmpl w:val="7AEAE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F7A16"/>
    <w:multiLevelType w:val="hybridMultilevel"/>
    <w:tmpl w:val="CE0C40AE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 w16cid:durableId="1118989845">
    <w:abstractNumId w:val="8"/>
  </w:num>
  <w:num w:numId="2" w16cid:durableId="1445224699">
    <w:abstractNumId w:val="6"/>
  </w:num>
  <w:num w:numId="3" w16cid:durableId="425461045">
    <w:abstractNumId w:val="5"/>
  </w:num>
  <w:num w:numId="4" w16cid:durableId="1462461150">
    <w:abstractNumId w:val="4"/>
  </w:num>
  <w:num w:numId="5" w16cid:durableId="1910193739">
    <w:abstractNumId w:val="7"/>
  </w:num>
  <w:num w:numId="6" w16cid:durableId="1417903361">
    <w:abstractNumId w:val="3"/>
  </w:num>
  <w:num w:numId="7" w16cid:durableId="1361083137">
    <w:abstractNumId w:val="2"/>
  </w:num>
  <w:num w:numId="8" w16cid:durableId="1288732413">
    <w:abstractNumId w:val="1"/>
  </w:num>
  <w:num w:numId="9" w16cid:durableId="1219129798">
    <w:abstractNumId w:val="0"/>
  </w:num>
  <w:num w:numId="10" w16cid:durableId="1275206577">
    <w:abstractNumId w:val="9"/>
  </w:num>
  <w:num w:numId="11" w16cid:durableId="17863473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45F6"/>
    <w:rsid w:val="00034616"/>
    <w:rsid w:val="00044D4F"/>
    <w:rsid w:val="00051D35"/>
    <w:rsid w:val="0006063C"/>
    <w:rsid w:val="00063CF6"/>
    <w:rsid w:val="00090BCD"/>
    <w:rsid w:val="000A6D07"/>
    <w:rsid w:val="000C01B7"/>
    <w:rsid w:val="00141D97"/>
    <w:rsid w:val="0015074B"/>
    <w:rsid w:val="0029639D"/>
    <w:rsid w:val="002D1FAD"/>
    <w:rsid w:val="002F4EB9"/>
    <w:rsid w:val="00326F90"/>
    <w:rsid w:val="00377D98"/>
    <w:rsid w:val="003D79ED"/>
    <w:rsid w:val="00403E20"/>
    <w:rsid w:val="00410CE7"/>
    <w:rsid w:val="004943F9"/>
    <w:rsid w:val="00563524"/>
    <w:rsid w:val="005F49D5"/>
    <w:rsid w:val="00636763"/>
    <w:rsid w:val="006B7C1F"/>
    <w:rsid w:val="006C700B"/>
    <w:rsid w:val="007034A6"/>
    <w:rsid w:val="007318DC"/>
    <w:rsid w:val="0077141F"/>
    <w:rsid w:val="00793063"/>
    <w:rsid w:val="007B56DC"/>
    <w:rsid w:val="007D3C59"/>
    <w:rsid w:val="00805C5D"/>
    <w:rsid w:val="00815BDE"/>
    <w:rsid w:val="008908F6"/>
    <w:rsid w:val="008B0887"/>
    <w:rsid w:val="00951210"/>
    <w:rsid w:val="00951E07"/>
    <w:rsid w:val="00A92961"/>
    <w:rsid w:val="00AA1D8D"/>
    <w:rsid w:val="00B11CCE"/>
    <w:rsid w:val="00B47730"/>
    <w:rsid w:val="00B83B19"/>
    <w:rsid w:val="00B93D2E"/>
    <w:rsid w:val="00BA017B"/>
    <w:rsid w:val="00BA5D6F"/>
    <w:rsid w:val="00C257C5"/>
    <w:rsid w:val="00C85FF7"/>
    <w:rsid w:val="00CA5B16"/>
    <w:rsid w:val="00CB0664"/>
    <w:rsid w:val="00D02DB3"/>
    <w:rsid w:val="00D07DFB"/>
    <w:rsid w:val="00D53D42"/>
    <w:rsid w:val="00DF421E"/>
    <w:rsid w:val="00DF4991"/>
    <w:rsid w:val="00E21B4B"/>
    <w:rsid w:val="00E3588B"/>
    <w:rsid w:val="00E41B64"/>
    <w:rsid w:val="00E750AF"/>
    <w:rsid w:val="00EC2490"/>
    <w:rsid w:val="00ED7F4C"/>
    <w:rsid w:val="00F37E8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332CB1"/>
  <w14:defaultImageDpi w14:val="300"/>
  <w15:docId w15:val="{A07BA56A-18BF-4A6C-8EC0-6931EA5B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1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artira.araujo@ufpi.edu.b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rtira.araujo@ufpi.edu.b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tira.araujo@ufpi.edu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artira.araujo@ufpi.edu.br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artira.araujo@ufpi.edu.br" TargetMode="External"/><Relationship Id="rId14" Type="http://schemas.openxmlformats.org/officeDocument/2006/relationships/hyperlink" Target="mailto:bartira.araujo@ufpi.edu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816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Nelson Jorge Carvalho Batista</cp:lastModifiedBy>
  <cp:revision>10</cp:revision>
  <dcterms:created xsi:type="dcterms:W3CDTF">2026-04-28T18:54:00Z</dcterms:created>
  <dcterms:modified xsi:type="dcterms:W3CDTF">2026-04-28T19:04:00Z</dcterms:modified>
  <cp:category/>
</cp:coreProperties>
</file>